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B1C5" w14:textId="77777777" w:rsidR="006F12ED" w:rsidRDefault="00000000">
      <w:pPr>
        <w:jc w:val="center"/>
      </w:pPr>
      <w:r>
        <w:rPr>
          <w:b/>
          <w:sz w:val="32"/>
        </w:rPr>
        <w:t>PATTO EDUCATIVO TERRITORIALE</w:t>
      </w:r>
      <w:r>
        <w:rPr>
          <w:b/>
          <w:sz w:val="32"/>
        </w:rPr>
        <w:br/>
        <w:t>per il sostegno al Progetto “SEMI” – Comunità Semi-Residenziale</w:t>
      </w:r>
    </w:p>
    <w:p w14:paraId="526FD0E5" w14:textId="77777777" w:rsidR="006F12ED" w:rsidRDefault="00000000">
      <w:r>
        <w:rPr>
          <w:b/>
          <w:sz w:val="26"/>
        </w:rPr>
        <w:t>TRA</w:t>
      </w:r>
    </w:p>
    <w:p w14:paraId="26ADC479" w14:textId="77777777" w:rsidR="006F12ED" w:rsidRDefault="00000000">
      <w:r>
        <w:t>• La Diocesi di ___________________________</w:t>
      </w:r>
      <w:r>
        <w:br/>
        <w:t>• Il Comune di ___________________________</w:t>
      </w:r>
      <w:r>
        <w:br/>
        <w:t>• Le Imprese e Associazioni Industriali del territorio di ___________________________</w:t>
      </w:r>
      <w:r>
        <w:br/>
        <w:t>• L’Ente promotore del progetto “SEMI” (Comunità Semi-Residenziale)</w:t>
      </w:r>
    </w:p>
    <w:p w14:paraId="73572348" w14:textId="77777777" w:rsidR="006F12ED" w:rsidRDefault="00000000">
      <w:r>
        <w:rPr>
          <w:b/>
          <w:sz w:val="26"/>
        </w:rPr>
        <w:t>1. Premessa</w:t>
      </w:r>
    </w:p>
    <w:p w14:paraId="70F16C60" w14:textId="77777777" w:rsidR="006F12ED" w:rsidRDefault="00000000">
      <w:r>
        <w:t>Il progetto “SEMI – Comunità Semi-Residenziale” nasce per offrire accoglienza diurna a minori tra gli 8 e i 16 anni segnalati dai Servizi Sociali, in condizioni di disagio familiare, scolastico e relazionale.</w:t>
      </w:r>
      <w:r>
        <w:br/>
      </w:r>
      <w:r>
        <w:br/>
        <w:t>Il servizio si fonda su prevenzione dell’istituzionalizzazione, sostegno educativo personalizzato, alleanza educativa con la famiglia, lavoro in rete con i servizi del territorio e promozione di laboratori intergenerazionali.</w:t>
      </w:r>
    </w:p>
    <w:p w14:paraId="78D79C60" w14:textId="77777777" w:rsidR="006F12ED" w:rsidRDefault="00000000">
      <w:r>
        <w:rPr>
          <w:b/>
          <w:sz w:val="26"/>
        </w:rPr>
        <w:t>2. Finalità del Patto</w:t>
      </w:r>
    </w:p>
    <w:p w14:paraId="029718AC" w14:textId="77777777" w:rsidR="006F12ED" w:rsidRDefault="00000000">
      <w:r>
        <w:t>1. Costruire un’alleanza stabile tra istituzioni civili, ecclesiali e mondo produttivo.</w:t>
      </w:r>
      <w:r>
        <w:br/>
        <w:t>2. Garantire sostenibilità economica al progetto.</w:t>
      </w:r>
      <w:r>
        <w:br/>
        <w:t>3. Attivare un modello di corresponsabilità sociale.</w:t>
      </w:r>
      <w:r>
        <w:br/>
        <w:t>4. Promuovere una cultura territoriale della prevenzione del disagio minorile.</w:t>
      </w:r>
    </w:p>
    <w:p w14:paraId="799A3375" w14:textId="77777777" w:rsidR="006F12ED" w:rsidRDefault="00000000">
      <w:r>
        <w:rPr>
          <w:b/>
          <w:sz w:val="26"/>
        </w:rPr>
        <w:t>3. Impegni delle Parti</w:t>
      </w:r>
    </w:p>
    <w:p w14:paraId="0DB57CF3" w14:textId="66E935DB" w:rsidR="0063690D" w:rsidRDefault="00000000">
      <w:r>
        <w:t>Diocesi</w:t>
      </w:r>
      <w:r>
        <w:br/>
        <w:t xml:space="preserve">• Messa a disposizione degli spazi </w:t>
      </w:r>
      <w:r w:rsidR="00C102A3">
        <w:t xml:space="preserve">di proprietà </w:t>
      </w:r>
      <w:r>
        <w:t>conformi alla normativa regionale.</w:t>
      </w:r>
      <w:r>
        <w:br/>
        <w:t>• Supporto pastorale e promozione del progetto nelle parrocchie.</w:t>
      </w:r>
      <w:r>
        <w:br/>
        <w:t>• Attivazione di reti di volontariato.</w:t>
      </w:r>
      <w:r>
        <w:br/>
      </w:r>
      <w:r>
        <w:br/>
      </w:r>
      <w:r>
        <w:br/>
        <w:t>Comune</w:t>
      </w:r>
      <w:r>
        <w:br/>
        <w:t>• Inserimento del progetto nella programmazione sociale territoriale.</w:t>
      </w:r>
      <w:r>
        <w:br/>
        <w:t>• Invio dei minori tramite Servizi Sociali.</w:t>
      </w:r>
      <w:r>
        <w:br/>
        <w:t>• Partecipazione a bandi regionali/nazionali.</w:t>
      </w:r>
      <w:r>
        <w:br/>
        <w:t>• Sostegno tecnico-amministrativo.</w:t>
      </w:r>
      <w:r>
        <w:br/>
      </w:r>
      <w:r>
        <w:br/>
      </w:r>
    </w:p>
    <w:p w14:paraId="2BB4F975" w14:textId="2F617113" w:rsidR="006F12ED" w:rsidRDefault="00000000">
      <w:r>
        <w:lastRenderedPageBreak/>
        <w:t>Imprese e Associazioni Industriali</w:t>
      </w:r>
      <w:r>
        <w:br/>
        <w:t>• Costituzione di un Fondo Territoriale “SEMI”.</w:t>
      </w:r>
      <w:r>
        <w:br/>
        <w:t>• Contributi economici annuali</w:t>
      </w:r>
      <w:r w:rsidR="0063690D">
        <w:t>/semestrali</w:t>
      </w:r>
      <w:r>
        <w:t xml:space="preserve"> (erogazioni liberali deducibili).</w:t>
      </w:r>
      <w:r>
        <w:br/>
        <w:t>• Sponsorizzazioni etiche per laboratori e attività formative.</w:t>
      </w:r>
      <w:r>
        <w:br/>
        <w:t>• Attivazione di percorsi di orientamento professionale e borse di studio.</w:t>
      </w:r>
      <w:r>
        <w:br/>
        <w:t>• Donazioni di materiali o attrezzature.</w:t>
      </w:r>
    </w:p>
    <w:p w14:paraId="58D2C1EA" w14:textId="77777777" w:rsidR="006F12ED" w:rsidRDefault="00000000">
      <w:r>
        <w:rPr>
          <w:b/>
          <w:sz w:val="26"/>
        </w:rPr>
        <w:t>4. Adesione Economica Volontaria delle Imprese</w:t>
      </w:r>
    </w:p>
    <w:p w14:paraId="286601A1" w14:textId="77777777" w:rsidR="006F12ED" w:rsidRDefault="00000000">
      <w:r>
        <w:t>L’impresa/associazione aderente dichiara la propria disponibilità a sostenere il progetto “SEMI – Comunità Semi-Residenziale” attraverso un contributo economico volontario.</w:t>
      </w:r>
      <w:r>
        <w:br/>
      </w:r>
      <w:r>
        <w:br/>
        <w:t>Importo del contributo</w:t>
      </w:r>
      <w:r>
        <w:br/>
        <w:t>Importo scelto: € ___________________________</w:t>
      </w:r>
      <w:r>
        <w:br/>
      </w:r>
      <w:r>
        <w:br/>
        <w:t>Frequenza del versamento</w:t>
      </w:r>
      <w:r>
        <w:br/>
        <w:t>☐ Semestrale</w:t>
      </w:r>
      <w:r>
        <w:br/>
        <w:t>☐ Annuale</w:t>
      </w:r>
      <w:r>
        <w:br/>
      </w:r>
      <w:r>
        <w:br/>
        <w:t>Modalità di sostegno aggiuntive (facoltative)</w:t>
      </w:r>
      <w:r>
        <w:br/>
        <w:t>☐ Sponsorizzazione attività educative</w:t>
      </w:r>
      <w:r>
        <w:br/>
        <w:t>☐ Donazione materiali/attrezzature</w:t>
      </w:r>
      <w:r>
        <w:br/>
        <w:t>☐ Borse di studio o percorsi formativi</w:t>
      </w:r>
      <w:r>
        <w:br/>
        <w:t>☐ Altro: _______________________________________</w:t>
      </w:r>
      <w:r>
        <w:br/>
      </w:r>
      <w:r>
        <w:br/>
        <w:t>Firma dell’Impresa/Associazione: _______________________________</w:t>
      </w:r>
    </w:p>
    <w:p w14:paraId="6C594C3C" w14:textId="77777777" w:rsidR="006F12ED" w:rsidRDefault="00000000">
      <w:r>
        <w:rPr>
          <w:b/>
          <w:sz w:val="26"/>
        </w:rPr>
        <w:t>5. Governance e Monitoraggio</w:t>
      </w:r>
    </w:p>
    <w:p w14:paraId="38CE9654" w14:textId="77777777" w:rsidR="006F12ED" w:rsidRDefault="00000000">
      <w:r>
        <w:t>• Tavolo di coordinamento semestrale.</w:t>
      </w:r>
      <w:r>
        <w:br/>
        <w:t>• Rendicontazione economica annuale.</w:t>
      </w:r>
      <w:r>
        <w:br/>
        <w:t>• Relazione sull’impatto sociale del progetto.</w:t>
      </w:r>
    </w:p>
    <w:p w14:paraId="6869EA28" w14:textId="77777777" w:rsidR="006F12ED" w:rsidRDefault="00000000">
      <w:r>
        <w:rPr>
          <w:b/>
          <w:sz w:val="26"/>
        </w:rPr>
        <w:t>6. Durata</w:t>
      </w:r>
    </w:p>
    <w:p w14:paraId="4248F1F9" w14:textId="77777777" w:rsidR="006F12ED" w:rsidRDefault="00000000">
      <w:r>
        <w:t>Il presente Patto ha durata triennale, rinnovabile previo accordo tra le parti.</w:t>
      </w:r>
    </w:p>
    <w:p w14:paraId="0377B773" w14:textId="77777777" w:rsidR="006F12ED" w:rsidRDefault="00000000">
      <w:r>
        <w:rPr>
          <w:b/>
          <w:sz w:val="26"/>
        </w:rPr>
        <w:t>7. Sottoscrizione</w:t>
      </w:r>
    </w:p>
    <w:p w14:paraId="22C57006" w14:textId="77777777" w:rsidR="006F12ED" w:rsidRDefault="00000000">
      <w:r>
        <w:t>Luogo e data: ____________________________________________</w:t>
      </w:r>
      <w:r>
        <w:br/>
      </w:r>
      <w:r>
        <w:br/>
        <w:t>Per la Diocesi ____________________________________________</w:t>
      </w:r>
      <w:r>
        <w:br/>
      </w:r>
      <w:r>
        <w:br/>
        <w:t>Per il Comune ____________________________________________</w:t>
      </w:r>
      <w:r>
        <w:br/>
      </w:r>
      <w:r>
        <w:lastRenderedPageBreak/>
        <w:br/>
        <w:t>Per le Imprese/Associazioni Industriali ______________________</w:t>
      </w:r>
      <w:r>
        <w:br/>
      </w:r>
      <w:r>
        <w:br/>
        <w:t>Per l’Ente promotore ______________________________________</w:t>
      </w:r>
    </w:p>
    <w:sectPr w:rsidR="006F12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146862">
    <w:abstractNumId w:val="8"/>
  </w:num>
  <w:num w:numId="2" w16cid:durableId="957874788">
    <w:abstractNumId w:val="6"/>
  </w:num>
  <w:num w:numId="3" w16cid:durableId="1380740974">
    <w:abstractNumId w:val="5"/>
  </w:num>
  <w:num w:numId="4" w16cid:durableId="585191663">
    <w:abstractNumId w:val="4"/>
  </w:num>
  <w:num w:numId="5" w16cid:durableId="913785497">
    <w:abstractNumId w:val="7"/>
  </w:num>
  <w:num w:numId="6" w16cid:durableId="1970428545">
    <w:abstractNumId w:val="3"/>
  </w:num>
  <w:num w:numId="7" w16cid:durableId="916793659">
    <w:abstractNumId w:val="2"/>
  </w:num>
  <w:num w:numId="8" w16cid:durableId="759106885">
    <w:abstractNumId w:val="1"/>
  </w:num>
  <w:num w:numId="9" w16cid:durableId="205908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3690D"/>
    <w:rsid w:val="006F12ED"/>
    <w:rsid w:val="00AA1D8D"/>
    <w:rsid w:val="00AF5467"/>
    <w:rsid w:val="00B32FBA"/>
    <w:rsid w:val="00B47730"/>
    <w:rsid w:val="00C102A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0FC2D"/>
  <w14:defaultImageDpi w14:val="300"/>
  <w15:docId w15:val="{88D78AD8-A50E-45DE-8958-DE379679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Rossana Gloriosi</cp:lastModifiedBy>
  <cp:revision>3</cp:revision>
  <dcterms:created xsi:type="dcterms:W3CDTF">2026-05-13T09:09:00Z</dcterms:created>
  <dcterms:modified xsi:type="dcterms:W3CDTF">2026-05-14T15:04:00Z</dcterms:modified>
  <cp:category/>
</cp:coreProperties>
</file>