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D30B" w14:textId="77777777" w:rsidR="001877BA" w:rsidRPr="00E05B54" w:rsidRDefault="00000000">
      <w:pPr>
        <w:jc w:val="center"/>
        <w:rPr>
          <w:lang w:val="it-IT"/>
        </w:rPr>
      </w:pPr>
      <w:r w:rsidRPr="00E05B54">
        <w:rPr>
          <w:b/>
          <w:sz w:val="28"/>
          <w:lang w:val="it-IT"/>
        </w:rPr>
        <w:t>COMUNE DI COLLE DI VAL D’ELSA</w:t>
      </w:r>
    </w:p>
    <w:p w14:paraId="1A3EF649" w14:textId="77777777" w:rsidR="001877BA" w:rsidRPr="00E05B54" w:rsidRDefault="00000000">
      <w:pPr>
        <w:jc w:val="center"/>
        <w:rPr>
          <w:lang w:val="it-IT"/>
        </w:rPr>
      </w:pPr>
      <w:r w:rsidRPr="00E05B54">
        <w:rPr>
          <w:b/>
          <w:lang w:val="it-IT"/>
        </w:rPr>
        <w:t>Servizio 9 – Gare, Ambiente e Servizi diversi</w:t>
      </w:r>
    </w:p>
    <w:p w14:paraId="7C7B0537" w14:textId="77777777" w:rsidR="001877BA" w:rsidRPr="00E05B54" w:rsidRDefault="00000000">
      <w:pPr>
        <w:jc w:val="right"/>
        <w:rPr>
          <w:lang w:val="it-IT"/>
        </w:rPr>
      </w:pPr>
      <w:r w:rsidRPr="00E05B54">
        <w:rPr>
          <w:b/>
          <w:lang w:val="it-IT"/>
        </w:rPr>
        <w:t>ALLEGATO A</w:t>
      </w:r>
    </w:p>
    <w:p w14:paraId="16840B40" w14:textId="77777777" w:rsidR="001877BA" w:rsidRPr="00E05B54" w:rsidRDefault="00000000">
      <w:pPr>
        <w:spacing w:before="100" w:after="200"/>
        <w:jc w:val="center"/>
        <w:rPr>
          <w:lang w:val="it-IT"/>
        </w:rPr>
      </w:pPr>
      <w:r w:rsidRPr="00E05B54">
        <w:rPr>
          <w:b/>
          <w:sz w:val="26"/>
          <w:lang w:val="it-IT"/>
        </w:rPr>
        <w:t>ASTA PUBBLICA PER L’ALIENAZIONE DI N. 8 MEZZI COMUNALI</w:t>
      </w:r>
      <w:r w:rsidRPr="00E05B54">
        <w:rPr>
          <w:b/>
          <w:sz w:val="26"/>
          <w:lang w:val="it-IT"/>
        </w:rPr>
        <w:br/>
        <w:t>DICHIARAZIONE SOSTITUTIVA</w:t>
      </w:r>
    </w:p>
    <w:p w14:paraId="62B066A5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Ai sensi degli artt. 46 e 47 del D.P.R. 28 dicembre 2000, n. 445</w:t>
      </w:r>
    </w:p>
    <w:p w14:paraId="245EC453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Il/La sottoscritto/a ______________________________________________________________</w:t>
      </w:r>
    </w:p>
    <w:p w14:paraId="629E6BB5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 xml:space="preserve">nato/a </w:t>
      </w:r>
      <w:proofErr w:type="spellStart"/>
      <w:r w:rsidRPr="00E05B54">
        <w:rPr>
          <w:lang w:val="it-IT"/>
        </w:rPr>
        <w:t>a</w:t>
      </w:r>
      <w:proofErr w:type="spellEnd"/>
      <w:r w:rsidRPr="00E05B54">
        <w:rPr>
          <w:lang w:val="it-IT"/>
        </w:rPr>
        <w:t xml:space="preserve"> __________________________________________ (____) il ______________________</w:t>
      </w:r>
    </w:p>
    <w:p w14:paraId="7296EA7F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residente in ______________________________________ (____), Via/Piazza __________________________________ n. ____ CAP __________</w:t>
      </w:r>
    </w:p>
    <w:p w14:paraId="22AF11FC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codice fiscale __________________________________________ telefono ______________________________</w:t>
      </w:r>
    </w:p>
    <w:p w14:paraId="3151B02A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e-mail ______________________________________________ PEC ______________________________________________</w:t>
      </w:r>
    </w:p>
    <w:p w14:paraId="25DFF6E7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□ in proprio, quale persona fisica</w:t>
      </w:r>
    </w:p>
    <w:p w14:paraId="1C0FC5E0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□ in qualità di __________________________________ del soggetto _____________________________________________</w:t>
      </w:r>
    </w:p>
    <w:p w14:paraId="2426E091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con sede in ______________________________________ (____), Via/Piazza __________________________________ n. ____ CAP __________</w:t>
      </w:r>
    </w:p>
    <w:p w14:paraId="0281EB61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C.F. __________________________________________ P. IVA __________________________________________</w:t>
      </w:r>
    </w:p>
    <w:p w14:paraId="4D2F8D67" w14:textId="77777777" w:rsidR="001877BA" w:rsidRPr="00E05B54" w:rsidRDefault="00000000">
      <w:pPr>
        <w:jc w:val="center"/>
        <w:rPr>
          <w:lang w:val="it-IT"/>
        </w:rPr>
      </w:pPr>
      <w:r w:rsidRPr="00E05B54">
        <w:rPr>
          <w:b/>
          <w:lang w:val="it-IT"/>
        </w:rPr>
        <w:t>CHIEDE</w:t>
      </w:r>
    </w:p>
    <w:p w14:paraId="345085DB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di partecipare all’asta pubblica per l’alienazione dei seguenti lotti (barrare quelli di interesse):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38"/>
        <w:gridCol w:w="2037"/>
        <w:gridCol w:w="2039"/>
        <w:gridCol w:w="2038"/>
        <w:gridCol w:w="2038"/>
      </w:tblGrid>
      <w:tr w:rsidR="001877BA" w14:paraId="5FC81CAD" w14:textId="77777777">
        <w:trPr>
          <w:jc w:val="center"/>
        </w:trPr>
        <w:tc>
          <w:tcPr>
            <w:tcW w:w="2040" w:type="dxa"/>
            <w:shd w:val="clear" w:color="auto" w:fill="D9EAF7"/>
          </w:tcPr>
          <w:p w14:paraId="102C0072" w14:textId="77777777" w:rsidR="001877BA" w:rsidRDefault="00000000">
            <w:proofErr w:type="spellStart"/>
            <w:r>
              <w:rPr>
                <w:b/>
              </w:rPr>
              <w:t>Selezione</w:t>
            </w:r>
            <w:proofErr w:type="spellEnd"/>
          </w:p>
        </w:tc>
        <w:tc>
          <w:tcPr>
            <w:tcW w:w="2040" w:type="dxa"/>
            <w:shd w:val="clear" w:color="auto" w:fill="D9EAF7"/>
          </w:tcPr>
          <w:p w14:paraId="0319DFBF" w14:textId="77777777" w:rsidR="001877BA" w:rsidRDefault="00000000">
            <w:r>
              <w:rPr>
                <w:b/>
              </w:rPr>
              <w:t>Lotto</w:t>
            </w:r>
          </w:p>
        </w:tc>
        <w:tc>
          <w:tcPr>
            <w:tcW w:w="2040" w:type="dxa"/>
            <w:shd w:val="clear" w:color="auto" w:fill="D9EAF7"/>
          </w:tcPr>
          <w:p w14:paraId="12A95D0F" w14:textId="77777777" w:rsidR="001877BA" w:rsidRDefault="00000000">
            <w:r>
              <w:rPr>
                <w:b/>
              </w:rPr>
              <w:t>Mezzo</w:t>
            </w:r>
          </w:p>
        </w:tc>
        <w:tc>
          <w:tcPr>
            <w:tcW w:w="2040" w:type="dxa"/>
            <w:shd w:val="clear" w:color="auto" w:fill="D9EAF7"/>
          </w:tcPr>
          <w:p w14:paraId="0663C48C" w14:textId="77777777" w:rsidR="001877BA" w:rsidRDefault="00000000">
            <w:r>
              <w:rPr>
                <w:b/>
              </w:rPr>
              <w:t>Targa</w:t>
            </w:r>
          </w:p>
        </w:tc>
        <w:tc>
          <w:tcPr>
            <w:tcW w:w="2040" w:type="dxa"/>
            <w:shd w:val="clear" w:color="auto" w:fill="D9EAF7"/>
          </w:tcPr>
          <w:p w14:paraId="3C77ECE7" w14:textId="77777777" w:rsidR="001877BA" w:rsidRDefault="00000000">
            <w:r>
              <w:rPr>
                <w:b/>
              </w:rPr>
              <w:t>Base d’asta</w:t>
            </w:r>
          </w:p>
        </w:tc>
      </w:tr>
      <w:tr w:rsidR="001877BA" w14:paraId="174086C5" w14:textId="77777777">
        <w:trPr>
          <w:jc w:val="center"/>
        </w:trPr>
        <w:tc>
          <w:tcPr>
            <w:tcW w:w="2040" w:type="dxa"/>
          </w:tcPr>
          <w:p w14:paraId="1B0112FC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134203DF" w14:textId="77777777" w:rsidR="001877BA" w:rsidRDefault="00000000">
            <w:pPr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w="2040" w:type="dxa"/>
          </w:tcPr>
          <w:p w14:paraId="669B4FEF" w14:textId="77777777" w:rsidR="001877BA" w:rsidRDefault="00000000">
            <w:pPr>
              <w:spacing w:after="0"/>
            </w:pPr>
            <w:r>
              <w:rPr>
                <w:sz w:val="17"/>
              </w:rPr>
              <w:t>NISSAN VANETTE</w:t>
            </w:r>
          </w:p>
        </w:tc>
        <w:tc>
          <w:tcPr>
            <w:tcW w:w="2040" w:type="dxa"/>
          </w:tcPr>
          <w:p w14:paraId="6F56806D" w14:textId="77777777" w:rsidR="001877BA" w:rsidRDefault="00000000">
            <w:pPr>
              <w:spacing w:after="0"/>
            </w:pPr>
            <w:r>
              <w:rPr>
                <w:sz w:val="17"/>
              </w:rPr>
              <w:t>SI415379</w:t>
            </w:r>
          </w:p>
        </w:tc>
        <w:tc>
          <w:tcPr>
            <w:tcW w:w="2040" w:type="dxa"/>
          </w:tcPr>
          <w:p w14:paraId="6489D86C" w14:textId="5297D66A" w:rsidR="001877BA" w:rsidRDefault="00E05B54">
            <w:pPr>
              <w:spacing w:after="0"/>
            </w:pPr>
            <w:r>
              <w:rPr>
                <w:sz w:val="17"/>
              </w:rPr>
              <w:t>€ 800,00</w:t>
            </w:r>
          </w:p>
        </w:tc>
      </w:tr>
      <w:tr w:rsidR="001877BA" w14:paraId="1709FECA" w14:textId="77777777">
        <w:trPr>
          <w:jc w:val="center"/>
        </w:trPr>
        <w:tc>
          <w:tcPr>
            <w:tcW w:w="2040" w:type="dxa"/>
          </w:tcPr>
          <w:p w14:paraId="217EFDBF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1FD95B7C" w14:textId="77777777" w:rsidR="001877BA" w:rsidRDefault="00000000">
            <w:pPr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w="2040" w:type="dxa"/>
          </w:tcPr>
          <w:p w14:paraId="70976861" w14:textId="77777777" w:rsidR="001877BA" w:rsidRDefault="00000000">
            <w:pPr>
              <w:spacing w:after="0"/>
            </w:pPr>
            <w:r>
              <w:rPr>
                <w:sz w:val="17"/>
              </w:rPr>
              <w:t>RENAULT BERLINGO</w:t>
            </w:r>
          </w:p>
        </w:tc>
        <w:tc>
          <w:tcPr>
            <w:tcW w:w="2040" w:type="dxa"/>
          </w:tcPr>
          <w:p w14:paraId="7B8C4440" w14:textId="77777777" w:rsidR="001877BA" w:rsidRDefault="00000000">
            <w:pPr>
              <w:spacing w:after="0"/>
            </w:pPr>
            <w:r>
              <w:rPr>
                <w:sz w:val="17"/>
              </w:rPr>
              <w:t>BJ866AY</w:t>
            </w:r>
          </w:p>
        </w:tc>
        <w:tc>
          <w:tcPr>
            <w:tcW w:w="2040" w:type="dxa"/>
          </w:tcPr>
          <w:p w14:paraId="4F23448F" w14:textId="77777777" w:rsidR="001877BA" w:rsidRDefault="00000000">
            <w:pPr>
              <w:spacing w:after="0"/>
            </w:pPr>
            <w:r>
              <w:rPr>
                <w:sz w:val="17"/>
              </w:rPr>
              <w:t>€ 4.000,00</w:t>
            </w:r>
          </w:p>
        </w:tc>
      </w:tr>
      <w:tr w:rsidR="001877BA" w14:paraId="0EDD155B" w14:textId="77777777">
        <w:trPr>
          <w:jc w:val="center"/>
        </w:trPr>
        <w:tc>
          <w:tcPr>
            <w:tcW w:w="2040" w:type="dxa"/>
          </w:tcPr>
          <w:p w14:paraId="758040E1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5445EC1A" w14:textId="77777777" w:rsidR="001877BA" w:rsidRDefault="00000000"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w="2040" w:type="dxa"/>
          </w:tcPr>
          <w:p w14:paraId="197F7EBC" w14:textId="77777777" w:rsidR="001877BA" w:rsidRDefault="00000000">
            <w:pPr>
              <w:spacing w:after="0"/>
            </w:pPr>
            <w:r>
              <w:rPr>
                <w:sz w:val="17"/>
              </w:rPr>
              <w:t>DAEWOO</w:t>
            </w:r>
          </w:p>
        </w:tc>
        <w:tc>
          <w:tcPr>
            <w:tcW w:w="2040" w:type="dxa"/>
          </w:tcPr>
          <w:p w14:paraId="4B2DAB3E" w14:textId="77777777" w:rsidR="001877BA" w:rsidRDefault="00000000">
            <w:pPr>
              <w:spacing w:after="0"/>
            </w:pPr>
            <w:r>
              <w:rPr>
                <w:sz w:val="17"/>
              </w:rPr>
              <w:t>BJ932SY</w:t>
            </w:r>
          </w:p>
        </w:tc>
        <w:tc>
          <w:tcPr>
            <w:tcW w:w="2040" w:type="dxa"/>
          </w:tcPr>
          <w:p w14:paraId="320F4529" w14:textId="77777777" w:rsidR="001877BA" w:rsidRDefault="00000000">
            <w:pPr>
              <w:spacing w:after="0"/>
            </w:pPr>
            <w:r>
              <w:rPr>
                <w:sz w:val="17"/>
              </w:rPr>
              <w:t>€ 400,00</w:t>
            </w:r>
          </w:p>
        </w:tc>
      </w:tr>
      <w:tr w:rsidR="001877BA" w14:paraId="36390715" w14:textId="77777777">
        <w:trPr>
          <w:jc w:val="center"/>
        </w:trPr>
        <w:tc>
          <w:tcPr>
            <w:tcW w:w="2040" w:type="dxa"/>
          </w:tcPr>
          <w:p w14:paraId="52890745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6DE8B948" w14:textId="77777777" w:rsidR="001877BA" w:rsidRDefault="00000000">
            <w:pPr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w="2040" w:type="dxa"/>
          </w:tcPr>
          <w:p w14:paraId="1418E97C" w14:textId="77777777" w:rsidR="001877BA" w:rsidRDefault="00000000">
            <w:pPr>
              <w:spacing w:after="0"/>
            </w:pPr>
            <w:r>
              <w:rPr>
                <w:sz w:val="17"/>
              </w:rPr>
              <w:t>GUZZON</w:t>
            </w:r>
          </w:p>
        </w:tc>
        <w:tc>
          <w:tcPr>
            <w:tcW w:w="2040" w:type="dxa"/>
          </w:tcPr>
          <w:p w14:paraId="1AC1E3EF" w14:textId="77777777" w:rsidR="001877BA" w:rsidRDefault="00000000">
            <w:pPr>
              <w:spacing w:after="0"/>
            </w:pPr>
            <w:r>
              <w:rPr>
                <w:sz w:val="17"/>
              </w:rPr>
              <w:t>CZ819SG</w:t>
            </w:r>
          </w:p>
        </w:tc>
        <w:tc>
          <w:tcPr>
            <w:tcW w:w="2040" w:type="dxa"/>
          </w:tcPr>
          <w:p w14:paraId="1B520FE8" w14:textId="77777777" w:rsidR="001877BA" w:rsidRDefault="00000000">
            <w:pPr>
              <w:spacing w:after="0"/>
            </w:pPr>
            <w:r>
              <w:rPr>
                <w:sz w:val="17"/>
              </w:rPr>
              <w:t>€ 1.500,00</w:t>
            </w:r>
          </w:p>
        </w:tc>
      </w:tr>
      <w:tr w:rsidR="001877BA" w14:paraId="018D4F94" w14:textId="77777777">
        <w:trPr>
          <w:jc w:val="center"/>
        </w:trPr>
        <w:tc>
          <w:tcPr>
            <w:tcW w:w="2040" w:type="dxa"/>
          </w:tcPr>
          <w:p w14:paraId="44D17543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328C73DE" w14:textId="77777777" w:rsidR="001877BA" w:rsidRDefault="00000000"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w="2040" w:type="dxa"/>
          </w:tcPr>
          <w:p w14:paraId="5145CE09" w14:textId="77777777" w:rsidR="001877BA" w:rsidRDefault="00000000">
            <w:pPr>
              <w:spacing w:after="0"/>
            </w:pPr>
            <w:r>
              <w:rPr>
                <w:sz w:val="17"/>
              </w:rPr>
              <w:t>PORTER PIAGGIO</w:t>
            </w:r>
          </w:p>
        </w:tc>
        <w:tc>
          <w:tcPr>
            <w:tcW w:w="2040" w:type="dxa"/>
          </w:tcPr>
          <w:p w14:paraId="7DFE068F" w14:textId="77777777" w:rsidR="001877BA" w:rsidRDefault="00000000">
            <w:pPr>
              <w:spacing w:after="0"/>
            </w:pPr>
            <w:r>
              <w:rPr>
                <w:sz w:val="17"/>
              </w:rPr>
              <w:t>AA719JZ</w:t>
            </w:r>
          </w:p>
        </w:tc>
        <w:tc>
          <w:tcPr>
            <w:tcW w:w="2040" w:type="dxa"/>
          </w:tcPr>
          <w:p w14:paraId="154E8D3E" w14:textId="77777777" w:rsidR="001877BA" w:rsidRDefault="00000000">
            <w:pPr>
              <w:spacing w:after="0"/>
            </w:pPr>
            <w:r>
              <w:rPr>
                <w:sz w:val="17"/>
              </w:rPr>
              <w:t>€ 500,00</w:t>
            </w:r>
          </w:p>
        </w:tc>
      </w:tr>
      <w:tr w:rsidR="001877BA" w14:paraId="0F2720F9" w14:textId="77777777">
        <w:trPr>
          <w:jc w:val="center"/>
        </w:trPr>
        <w:tc>
          <w:tcPr>
            <w:tcW w:w="2040" w:type="dxa"/>
          </w:tcPr>
          <w:p w14:paraId="2532A241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22876804" w14:textId="77777777" w:rsidR="001877BA" w:rsidRDefault="00000000">
            <w:pPr>
              <w:spacing w:after="0"/>
            </w:pPr>
            <w:r>
              <w:rPr>
                <w:sz w:val="17"/>
              </w:rPr>
              <w:t>6</w:t>
            </w:r>
          </w:p>
        </w:tc>
        <w:tc>
          <w:tcPr>
            <w:tcW w:w="2040" w:type="dxa"/>
          </w:tcPr>
          <w:p w14:paraId="3FAE1C9C" w14:textId="77777777" w:rsidR="001877BA" w:rsidRDefault="00000000">
            <w:pPr>
              <w:spacing w:after="0"/>
            </w:pPr>
            <w:r>
              <w:rPr>
                <w:sz w:val="17"/>
              </w:rPr>
              <w:t>SPAZZATRICE BCS LOMBARDINI</w:t>
            </w:r>
          </w:p>
        </w:tc>
        <w:tc>
          <w:tcPr>
            <w:tcW w:w="2040" w:type="dxa"/>
          </w:tcPr>
          <w:p w14:paraId="158C62E1" w14:textId="77777777" w:rsidR="001877BA" w:rsidRDefault="00000000">
            <w:pPr>
              <w:spacing w:after="0"/>
            </w:pPr>
            <w:r>
              <w:rPr>
                <w:sz w:val="17"/>
              </w:rPr>
              <w:t>AEF032</w:t>
            </w:r>
          </w:p>
        </w:tc>
        <w:tc>
          <w:tcPr>
            <w:tcW w:w="2040" w:type="dxa"/>
          </w:tcPr>
          <w:p w14:paraId="45BA1792" w14:textId="77777777" w:rsidR="001877BA" w:rsidRDefault="00000000">
            <w:pPr>
              <w:spacing w:after="0"/>
            </w:pPr>
            <w:r>
              <w:rPr>
                <w:sz w:val="17"/>
              </w:rPr>
              <w:t>€ 1.000,00</w:t>
            </w:r>
          </w:p>
        </w:tc>
      </w:tr>
      <w:tr w:rsidR="001877BA" w14:paraId="3D9B6248" w14:textId="77777777">
        <w:trPr>
          <w:jc w:val="center"/>
        </w:trPr>
        <w:tc>
          <w:tcPr>
            <w:tcW w:w="2040" w:type="dxa"/>
          </w:tcPr>
          <w:p w14:paraId="6B289745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0F400F5B" w14:textId="77777777" w:rsidR="001877BA" w:rsidRDefault="00000000">
            <w:pPr>
              <w:spacing w:after="0"/>
            </w:pPr>
            <w:r>
              <w:rPr>
                <w:sz w:val="17"/>
              </w:rPr>
              <w:t>7</w:t>
            </w:r>
          </w:p>
        </w:tc>
        <w:tc>
          <w:tcPr>
            <w:tcW w:w="2040" w:type="dxa"/>
          </w:tcPr>
          <w:p w14:paraId="2799CF15" w14:textId="77777777" w:rsidR="001877BA" w:rsidRDefault="00000000">
            <w:pPr>
              <w:spacing w:after="0"/>
            </w:pPr>
            <w:r>
              <w:rPr>
                <w:sz w:val="17"/>
              </w:rPr>
              <w:t>AUTOBUS MERCEDES BENZ</w:t>
            </w:r>
          </w:p>
        </w:tc>
        <w:tc>
          <w:tcPr>
            <w:tcW w:w="2040" w:type="dxa"/>
          </w:tcPr>
          <w:p w14:paraId="52AA14DF" w14:textId="77777777" w:rsidR="001877BA" w:rsidRDefault="00000000">
            <w:pPr>
              <w:spacing w:after="0"/>
            </w:pPr>
            <w:r>
              <w:rPr>
                <w:sz w:val="17"/>
              </w:rPr>
              <w:t>AJ207LX</w:t>
            </w:r>
          </w:p>
        </w:tc>
        <w:tc>
          <w:tcPr>
            <w:tcW w:w="2040" w:type="dxa"/>
          </w:tcPr>
          <w:p w14:paraId="61EF8A59" w14:textId="77777777" w:rsidR="001877BA" w:rsidRDefault="00000000">
            <w:pPr>
              <w:spacing w:after="0"/>
            </w:pPr>
            <w:r>
              <w:rPr>
                <w:sz w:val="17"/>
              </w:rPr>
              <w:t>€ 4.000,00</w:t>
            </w:r>
          </w:p>
        </w:tc>
      </w:tr>
      <w:tr w:rsidR="001877BA" w14:paraId="0210EF92" w14:textId="77777777">
        <w:trPr>
          <w:jc w:val="center"/>
        </w:trPr>
        <w:tc>
          <w:tcPr>
            <w:tcW w:w="2040" w:type="dxa"/>
          </w:tcPr>
          <w:p w14:paraId="0D1637DB" w14:textId="77777777" w:rsidR="001877BA" w:rsidRPr="00F50BCA" w:rsidRDefault="00000000">
            <w:pPr>
              <w:spacing w:after="0"/>
              <w:rPr>
                <w:sz w:val="28"/>
                <w:szCs w:val="28"/>
              </w:rPr>
            </w:pPr>
            <w:r w:rsidRPr="00F50BCA">
              <w:rPr>
                <w:sz w:val="28"/>
                <w:szCs w:val="28"/>
              </w:rPr>
              <w:t>□</w:t>
            </w:r>
          </w:p>
        </w:tc>
        <w:tc>
          <w:tcPr>
            <w:tcW w:w="2040" w:type="dxa"/>
          </w:tcPr>
          <w:p w14:paraId="28697BEA" w14:textId="77777777" w:rsidR="001877BA" w:rsidRDefault="00000000">
            <w:pPr>
              <w:spacing w:after="0"/>
            </w:pPr>
            <w:r>
              <w:rPr>
                <w:sz w:val="17"/>
              </w:rPr>
              <w:t>8</w:t>
            </w:r>
          </w:p>
        </w:tc>
        <w:tc>
          <w:tcPr>
            <w:tcW w:w="2040" w:type="dxa"/>
          </w:tcPr>
          <w:p w14:paraId="71C3920D" w14:textId="77777777" w:rsidR="001877BA" w:rsidRDefault="00000000">
            <w:pPr>
              <w:spacing w:after="0"/>
            </w:pPr>
            <w:r>
              <w:rPr>
                <w:sz w:val="17"/>
              </w:rPr>
              <w:t>CAMION NISSAN L.80</w:t>
            </w:r>
          </w:p>
        </w:tc>
        <w:tc>
          <w:tcPr>
            <w:tcW w:w="2040" w:type="dxa"/>
          </w:tcPr>
          <w:p w14:paraId="76C6F8F3" w14:textId="77777777" w:rsidR="001877BA" w:rsidRDefault="00000000">
            <w:pPr>
              <w:spacing w:after="0"/>
            </w:pPr>
            <w:r>
              <w:rPr>
                <w:sz w:val="17"/>
              </w:rPr>
              <w:t>SI394392</w:t>
            </w:r>
          </w:p>
        </w:tc>
        <w:tc>
          <w:tcPr>
            <w:tcW w:w="2040" w:type="dxa"/>
          </w:tcPr>
          <w:p w14:paraId="4A4988C6" w14:textId="77777777" w:rsidR="001877BA" w:rsidRDefault="00000000">
            <w:pPr>
              <w:spacing w:after="0"/>
            </w:pPr>
            <w:r>
              <w:rPr>
                <w:sz w:val="17"/>
              </w:rPr>
              <w:t>€ 3.000,00</w:t>
            </w:r>
          </w:p>
        </w:tc>
      </w:tr>
    </w:tbl>
    <w:p w14:paraId="5EC36D22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lang w:val="it-IT"/>
        </w:rPr>
        <w:t>consapevole delle responsabilità e delle sanzioni previste dall’art. 76 del D.P.R. n. 445/2000 in caso di dichiarazioni mendaci, falsità in atti o uso di atti falsi,</w:t>
      </w:r>
    </w:p>
    <w:p w14:paraId="0A3E9AEE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b/>
          <w:lang w:val="it-IT"/>
        </w:rPr>
        <w:t>DICHIARA</w:t>
      </w:r>
    </w:p>
    <w:p w14:paraId="1ECA6452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1) </w:t>
      </w:r>
      <w:r w:rsidRPr="00E05B54">
        <w:rPr>
          <w:lang w:val="it-IT"/>
        </w:rPr>
        <w:t>di avere piena capacità di agire e di contrarre con la Pubblica Amministrazione;</w:t>
      </w:r>
    </w:p>
    <w:p w14:paraId="557758AF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2) </w:t>
      </w:r>
      <w:r w:rsidRPr="00E05B54">
        <w:rPr>
          <w:lang w:val="it-IT"/>
        </w:rPr>
        <w:t>di non trovarsi in condizioni che comportino incapacità o divieto di contrarre con la Pubblica Amministrazione;</w:t>
      </w:r>
    </w:p>
    <w:p w14:paraId="5E920292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3) </w:t>
      </w:r>
      <w:r w:rsidRPr="00E05B54">
        <w:rPr>
          <w:lang w:val="it-IT"/>
        </w:rPr>
        <w:t>ove partecipi per conto di un soggetto diverso da persona fisica, di essere munito dei necessari poteri di rappresentanza e di impegnare validamente il soggetto rappresentato;</w:t>
      </w:r>
    </w:p>
    <w:p w14:paraId="22798271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4) </w:t>
      </w:r>
      <w:r w:rsidRPr="00E05B54">
        <w:rPr>
          <w:lang w:val="it-IT"/>
        </w:rPr>
        <w:t>di non trovarsi in una delle condizioni ostative previste dalla normativa antimafia, ove applicabile;</w:t>
      </w:r>
    </w:p>
    <w:p w14:paraId="2A8DF601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lastRenderedPageBreak/>
        <w:t xml:space="preserve">5) </w:t>
      </w:r>
      <w:r w:rsidRPr="00E05B54">
        <w:rPr>
          <w:lang w:val="it-IT"/>
        </w:rPr>
        <w:t>di aver preso visione e di accettare integralmente, senza condizione o riserva, tutte le disposizioni del bando d’asta;</w:t>
      </w:r>
    </w:p>
    <w:p w14:paraId="23234CBF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6) </w:t>
      </w:r>
      <w:r w:rsidRPr="00E05B54">
        <w:rPr>
          <w:lang w:val="it-IT"/>
        </w:rPr>
        <w:t>di aver preso visione delle schede descrittive e della documentazione fotografica dei mezzi per i quali presenta offerta e, ove effettuato, di aver visionato direttamente i mezzi;</w:t>
      </w:r>
    </w:p>
    <w:p w14:paraId="1C4400B3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7) </w:t>
      </w:r>
      <w:r w:rsidRPr="00E05B54">
        <w:rPr>
          <w:lang w:val="it-IT"/>
        </w:rPr>
        <w:t>di accettare che i mezzi siano alienati nello stato di fatto e di diritto, di uso e conservazione in cui si trovano, senza garanzia per vizi e senza possibilità di avanzare pretese nei confronti del Comune in relazione allo stato dei beni;</w:t>
      </w:r>
    </w:p>
    <w:p w14:paraId="77DB872D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8) </w:t>
      </w:r>
      <w:r w:rsidRPr="00E05B54">
        <w:rPr>
          <w:lang w:val="it-IT"/>
        </w:rPr>
        <w:t>di accettare che tutti gli oneri, le spese, le imposte e le tasse relativi al trasferimento della proprietà, al ritiro e all’eventuale messa in circolazione o rottamazione del mezzo siano a proprio carico;</w:t>
      </w:r>
    </w:p>
    <w:p w14:paraId="3BDDB35F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9) </w:t>
      </w:r>
      <w:r w:rsidRPr="00E05B54">
        <w:rPr>
          <w:lang w:val="it-IT"/>
        </w:rPr>
        <w:t>di impegnarsi, in caso di aggiudicazione, al pagamento integrale del prezzo entro il termine indicato dal Comune, al perfezionamento del trasferimento di proprietà e al ritiro del mezzo nei termini stabiliti dal bando;</w:t>
      </w:r>
    </w:p>
    <w:p w14:paraId="43371E40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10) </w:t>
      </w:r>
      <w:r w:rsidRPr="00E05B54">
        <w:rPr>
          <w:lang w:val="it-IT"/>
        </w:rPr>
        <w:t>di impegnarsi a rimuovere, prima dell’utilizzo del mezzo, tutte le scritte, gli stemmi e i segni distintivi riconducibili al Comune di Colle di Val d’Elsa;</w:t>
      </w:r>
    </w:p>
    <w:p w14:paraId="349055D1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11) </w:t>
      </w:r>
      <w:r w:rsidRPr="00E05B54">
        <w:rPr>
          <w:lang w:val="it-IT"/>
        </w:rPr>
        <w:t>di eleggere quale recapito per tutte le comunicazioni relative alla procedura la PEC/e-mail sopra indicata, salvo diversa indicazione di seguito riportata: ________________________________________________;</w:t>
      </w:r>
    </w:p>
    <w:p w14:paraId="2039013A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12) </w:t>
      </w:r>
      <w:r w:rsidRPr="00E05B54">
        <w:rPr>
          <w:lang w:val="it-IT"/>
        </w:rPr>
        <w:t>di essere informato/a che i dati personali saranno trattati esclusivamente per le finalità connesse alla procedura, secondo quanto indicato nel bando.</w:t>
      </w:r>
    </w:p>
    <w:p w14:paraId="45F0E0CB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lang w:val="it-IT"/>
        </w:rPr>
        <w:t>Luogo e data ______________________________</w:t>
      </w:r>
    </w:p>
    <w:p w14:paraId="44EC939A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lang w:val="it-IT"/>
        </w:rPr>
        <w:t>Firma leggibile ______________________________________________</w:t>
      </w:r>
    </w:p>
    <w:p w14:paraId="65EE154A" w14:textId="77777777" w:rsidR="00387FA7" w:rsidRDefault="00387FA7" w:rsidP="00387FA7">
      <w:pPr>
        <w:jc w:val="both"/>
        <w:rPr>
          <w:i/>
          <w:lang w:val="it-IT"/>
        </w:rPr>
      </w:pPr>
    </w:p>
    <w:p w14:paraId="7962F272" w14:textId="77777777" w:rsidR="00387FA7" w:rsidRDefault="00387FA7" w:rsidP="00387FA7">
      <w:pPr>
        <w:jc w:val="both"/>
        <w:rPr>
          <w:i/>
          <w:lang w:val="it-IT"/>
        </w:rPr>
      </w:pPr>
    </w:p>
    <w:p w14:paraId="42E75C34" w14:textId="79B394DE" w:rsidR="001877BA" w:rsidRPr="00E05B54" w:rsidRDefault="00000000" w:rsidP="00387FA7">
      <w:pPr>
        <w:jc w:val="both"/>
        <w:rPr>
          <w:lang w:val="it-IT"/>
        </w:rPr>
      </w:pPr>
      <w:r w:rsidRPr="00E05B54">
        <w:rPr>
          <w:i/>
          <w:lang w:val="it-IT"/>
        </w:rPr>
        <w:t>Allegare copia di un documento di identità in corso di validità del sottoscrittore</w:t>
      </w:r>
      <w:r w:rsidR="00387FA7">
        <w:rPr>
          <w:i/>
          <w:lang w:val="it-IT"/>
        </w:rPr>
        <w:t>.</w:t>
      </w:r>
    </w:p>
    <w:sectPr w:rsidR="001877BA" w:rsidRPr="00E05B54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2739188">
    <w:abstractNumId w:val="8"/>
  </w:num>
  <w:num w:numId="2" w16cid:durableId="1095511932">
    <w:abstractNumId w:val="6"/>
  </w:num>
  <w:num w:numId="3" w16cid:durableId="2015301473">
    <w:abstractNumId w:val="5"/>
  </w:num>
  <w:num w:numId="4" w16cid:durableId="1115247313">
    <w:abstractNumId w:val="4"/>
  </w:num>
  <w:num w:numId="5" w16cid:durableId="1335109395">
    <w:abstractNumId w:val="7"/>
  </w:num>
  <w:num w:numId="6" w16cid:durableId="456949215">
    <w:abstractNumId w:val="3"/>
  </w:num>
  <w:num w:numId="7" w16cid:durableId="1697847676">
    <w:abstractNumId w:val="2"/>
  </w:num>
  <w:num w:numId="8" w16cid:durableId="1168207966">
    <w:abstractNumId w:val="1"/>
  </w:num>
  <w:num w:numId="9" w16cid:durableId="151279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77BA"/>
    <w:rsid w:val="0029639D"/>
    <w:rsid w:val="002E3F1D"/>
    <w:rsid w:val="00326F90"/>
    <w:rsid w:val="00387FA7"/>
    <w:rsid w:val="00470252"/>
    <w:rsid w:val="00AA1D8D"/>
    <w:rsid w:val="00B47730"/>
    <w:rsid w:val="00CB0664"/>
    <w:rsid w:val="00E05B54"/>
    <w:rsid w:val="00F50B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0AF67"/>
  <w14:defaultImageDpi w14:val="300"/>
  <w15:docId w15:val="{2B41445F-B049-48AC-887D-2F1574EB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Colle di val d Elsa</cp:lastModifiedBy>
  <cp:revision>4</cp:revision>
  <dcterms:created xsi:type="dcterms:W3CDTF">2026-09-16T09:16:00Z</dcterms:created>
  <dcterms:modified xsi:type="dcterms:W3CDTF">2026-09-30T14:47:00Z</dcterms:modified>
  <cp:category/>
</cp:coreProperties>
</file>