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E7427" w14:textId="77777777" w:rsidR="008A09BF" w:rsidRPr="00374128" w:rsidRDefault="00000000" w:rsidP="00F1141E">
      <w:pPr>
        <w:jc w:val="center"/>
        <w:rPr>
          <w:lang w:val="it-IT"/>
        </w:rPr>
      </w:pPr>
      <w:r w:rsidRPr="00374128">
        <w:rPr>
          <w:b/>
          <w:sz w:val="28"/>
          <w:lang w:val="it-IT"/>
        </w:rPr>
        <w:t>COMUNE DI COLLE DI VAL D’ELSA</w:t>
      </w:r>
    </w:p>
    <w:p w14:paraId="0EBB055D" w14:textId="77777777" w:rsidR="008A09BF" w:rsidRPr="00374128" w:rsidRDefault="00000000" w:rsidP="00F1141E">
      <w:pPr>
        <w:jc w:val="center"/>
        <w:rPr>
          <w:lang w:val="it-IT"/>
        </w:rPr>
      </w:pPr>
      <w:r w:rsidRPr="00374128">
        <w:rPr>
          <w:b/>
          <w:lang w:val="it-IT"/>
        </w:rPr>
        <w:t>Servizio 9 – Gare, Ambiente e Servizi diversi</w:t>
      </w:r>
    </w:p>
    <w:p w14:paraId="37C98ABD" w14:textId="77777777" w:rsidR="008A09BF" w:rsidRPr="00374128" w:rsidRDefault="00000000" w:rsidP="00F1141E">
      <w:pPr>
        <w:jc w:val="both"/>
        <w:rPr>
          <w:lang w:val="it-IT"/>
        </w:rPr>
      </w:pPr>
      <w:r w:rsidRPr="00374128">
        <w:rPr>
          <w:b/>
          <w:lang w:val="it-IT"/>
        </w:rPr>
        <w:t>ALLEGATO B</w:t>
      </w:r>
    </w:p>
    <w:p w14:paraId="49DC5937" w14:textId="77777777" w:rsidR="008A09BF" w:rsidRPr="00374128" w:rsidRDefault="00000000" w:rsidP="00F1141E">
      <w:pPr>
        <w:spacing w:before="100" w:after="200"/>
        <w:jc w:val="both"/>
        <w:rPr>
          <w:lang w:val="it-IT"/>
        </w:rPr>
      </w:pPr>
      <w:r w:rsidRPr="00374128">
        <w:rPr>
          <w:b/>
          <w:sz w:val="26"/>
          <w:lang w:val="it-IT"/>
        </w:rPr>
        <w:t>ASTA PUBBLICA PER L’ALIENAZIONE DI N. 8 MEZZI COMUNALI</w:t>
      </w:r>
      <w:r w:rsidRPr="00374128">
        <w:rPr>
          <w:b/>
          <w:sz w:val="26"/>
          <w:lang w:val="it-IT"/>
        </w:rPr>
        <w:br/>
        <w:t>OFFERTA ECONOMICA – PROPOSTA IRREVOCABILE DI ACQUISTO</w:t>
      </w:r>
    </w:p>
    <w:p w14:paraId="255763AE" w14:textId="77777777" w:rsidR="008A09BF" w:rsidRPr="00374128" w:rsidRDefault="00000000" w:rsidP="00F1141E">
      <w:pPr>
        <w:jc w:val="both"/>
        <w:rPr>
          <w:lang w:val="it-IT"/>
        </w:rPr>
      </w:pPr>
      <w:r w:rsidRPr="00374128">
        <w:rPr>
          <w:b/>
          <w:sz w:val="18"/>
          <w:lang w:val="it-IT"/>
        </w:rPr>
        <w:t>IMPOSTA DI BOLLO</w:t>
      </w:r>
      <w:r w:rsidRPr="00374128">
        <w:rPr>
          <w:b/>
          <w:sz w:val="18"/>
          <w:lang w:val="it-IT"/>
        </w:rPr>
        <w:br/>
        <w:t>ove dovuta, secondo la normativa vigente</w:t>
      </w:r>
    </w:p>
    <w:p w14:paraId="2497D5BE" w14:textId="77777777" w:rsidR="008A09BF" w:rsidRPr="00374128" w:rsidRDefault="00000000" w:rsidP="00F1141E">
      <w:pPr>
        <w:jc w:val="both"/>
        <w:rPr>
          <w:lang w:val="it-IT"/>
        </w:rPr>
      </w:pPr>
      <w:r w:rsidRPr="00374128">
        <w:rPr>
          <w:lang w:val="it-IT"/>
        </w:rPr>
        <w:t>Il/La sottoscritto/a ______________________________________________________________</w:t>
      </w:r>
    </w:p>
    <w:p w14:paraId="6FEF9118" w14:textId="77777777" w:rsidR="008A09BF" w:rsidRPr="00374128" w:rsidRDefault="00000000" w:rsidP="00F1141E">
      <w:pPr>
        <w:jc w:val="both"/>
        <w:rPr>
          <w:lang w:val="it-IT"/>
        </w:rPr>
      </w:pPr>
      <w:r w:rsidRPr="00374128">
        <w:rPr>
          <w:lang w:val="it-IT"/>
        </w:rPr>
        <w:t xml:space="preserve">nato/a </w:t>
      </w:r>
      <w:proofErr w:type="spellStart"/>
      <w:r w:rsidRPr="00374128">
        <w:rPr>
          <w:lang w:val="it-IT"/>
        </w:rPr>
        <w:t>a</w:t>
      </w:r>
      <w:proofErr w:type="spellEnd"/>
      <w:r w:rsidRPr="00374128">
        <w:rPr>
          <w:lang w:val="it-IT"/>
        </w:rPr>
        <w:t xml:space="preserve"> __________________________________________ (____) il ______________________</w:t>
      </w:r>
    </w:p>
    <w:p w14:paraId="549E32F7" w14:textId="77777777" w:rsidR="008A09BF" w:rsidRPr="00374128" w:rsidRDefault="00000000" w:rsidP="00F1141E">
      <w:pPr>
        <w:jc w:val="both"/>
        <w:rPr>
          <w:lang w:val="it-IT"/>
        </w:rPr>
      </w:pPr>
      <w:r w:rsidRPr="00374128">
        <w:rPr>
          <w:lang w:val="it-IT"/>
        </w:rPr>
        <w:t>residente in ______________________________________ (____), Via/Piazza __________________________________ n. ____ CAP __________</w:t>
      </w:r>
    </w:p>
    <w:p w14:paraId="54160146" w14:textId="77777777" w:rsidR="008A09BF" w:rsidRPr="00374128" w:rsidRDefault="00000000" w:rsidP="00F1141E">
      <w:pPr>
        <w:jc w:val="both"/>
        <w:rPr>
          <w:lang w:val="it-IT"/>
        </w:rPr>
      </w:pPr>
      <w:r w:rsidRPr="00374128">
        <w:rPr>
          <w:lang w:val="it-IT"/>
        </w:rPr>
        <w:t>codice fiscale __________________________________________ telefono ______________________________</w:t>
      </w:r>
    </w:p>
    <w:p w14:paraId="6B3BC892" w14:textId="77777777" w:rsidR="008A09BF" w:rsidRPr="00374128" w:rsidRDefault="00000000" w:rsidP="00F1141E">
      <w:pPr>
        <w:jc w:val="both"/>
        <w:rPr>
          <w:lang w:val="it-IT"/>
        </w:rPr>
      </w:pPr>
      <w:r w:rsidRPr="00374128">
        <w:rPr>
          <w:lang w:val="it-IT"/>
        </w:rPr>
        <w:t>e-mail ______________________________________________ PEC ______________________________________________</w:t>
      </w:r>
    </w:p>
    <w:p w14:paraId="6F8A89B0" w14:textId="77777777" w:rsidR="008A09BF" w:rsidRPr="00374128" w:rsidRDefault="00000000" w:rsidP="00F1141E">
      <w:pPr>
        <w:jc w:val="both"/>
        <w:rPr>
          <w:lang w:val="it-IT"/>
        </w:rPr>
      </w:pPr>
      <w:r w:rsidRPr="00374128">
        <w:rPr>
          <w:lang w:val="it-IT"/>
        </w:rPr>
        <w:t>□ in proprio, quale persona fisica</w:t>
      </w:r>
    </w:p>
    <w:p w14:paraId="30D1207F" w14:textId="77777777" w:rsidR="008A09BF" w:rsidRPr="00374128" w:rsidRDefault="00000000" w:rsidP="00F1141E">
      <w:pPr>
        <w:jc w:val="both"/>
        <w:rPr>
          <w:lang w:val="it-IT"/>
        </w:rPr>
      </w:pPr>
      <w:r w:rsidRPr="00374128">
        <w:rPr>
          <w:lang w:val="it-IT"/>
        </w:rPr>
        <w:t>□ in qualità di __________________________________ del soggetto _____________________________________________</w:t>
      </w:r>
    </w:p>
    <w:p w14:paraId="61D86FD7" w14:textId="77777777" w:rsidR="008A09BF" w:rsidRPr="00374128" w:rsidRDefault="00000000" w:rsidP="00F1141E">
      <w:pPr>
        <w:jc w:val="both"/>
        <w:rPr>
          <w:lang w:val="it-IT"/>
        </w:rPr>
      </w:pPr>
      <w:r w:rsidRPr="00374128">
        <w:rPr>
          <w:lang w:val="it-IT"/>
        </w:rPr>
        <w:t>con sede in ______________________________________ (____), Via/Piazza __________________________________ n. ____ CAP __________</w:t>
      </w:r>
    </w:p>
    <w:p w14:paraId="474784CA" w14:textId="77777777" w:rsidR="008A09BF" w:rsidRPr="00374128" w:rsidRDefault="00000000" w:rsidP="00F1141E">
      <w:pPr>
        <w:jc w:val="both"/>
        <w:rPr>
          <w:lang w:val="it-IT"/>
        </w:rPr>
      </w:pPr>
      <w:r w:rsidRPr="00374128">
        <w:rPr>
          <w:lang w:val="it-IT"/>
        </w:rPr>
        <w:t>C.F. __________________________________________ P. IVA __________________________________________</w:t>
      </w:r>
    </w:p>
    <w:p w14:paraId="1DBE12A0" w14:textId="77777777" w:rsidR="008A09BF" w:rsidRPr="00374128" w:rsidRDefault="00000000" w:rsidP="00F1141E">
      <w:pPr>
        <w:jc w:val="both"/>
        <w:rPr>
          <w:lang w:val="it-IT"/>
        </w:rPr>
      </w:pPr>
      <w:r w:rsidRPr="00374128">
        <w:rPr>
          <w:lang w:val="it-IT"/>
        </w:rPr>
        <w:t>presa visione del bando d’asta, delle schede descrittive e della documentazione disponibile, formula la seguente offerta economica. Devono essere compilate esclusivamente le righe relative ai lotti per i quali si intende concorrere; per ciascun lotto il prezzo offerto deve essere pari o superiore alla base d’asta.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284"/>
        <w:gridCol w:w="1483"/>
        <w:gridCol w:w="1681"/>
        <w:gridCol w:w="1310"/>
        <w:gridCol w:w="1662"/>
        <w:gridCol w:w="2770"/>
      </w:tblGrid>
      <w:tr w:rsidR="008A09BF" w14:paraId="5778F0B2" w14:textId="77777777">
        <w:trPr>
          <w:tblHeader/>
          <w:jc w:val="center"/>
        </w:trPr>
        <w:tc>
          <w:tcPr>
            <w:tcW w:w="1700" w:type="dxa"/>
            <w:shd w:val="clear" w:color="auto" w:fill="D9EAF7"/>
          </w:tcPr>
          <w:p w14:paraId="1FDD446A" w14:textId="77777777" w:rsidR="008A09BF" w:rsidRDefault="00000000">
            <w:r>
              <w:rPr>
                <w:b/>
                <w:sz w:val="16"/>
              </w:rPr>
              <w:t>Lotto</w:t>
            </w:r>
          </w:p>
        </w:tc>
        <w:tc>
          <w:tcPr>
            <w:tcW w:w="1700" w:type="dxa"/>
            <w:shd w:val="clear" w:color="auto" w:fill="D9EAF7"/>
          </w:tcPr>
          <w:p w14:paraId="06966A82" w14:textId="77777777" w:rsidR="008A09BF" w:rsidRDefault="00000000">
            <w:r>
              <w:rPr>
                <w:b/>
                <w:sz w:val="16"/>
              </w:rPr>
              <w:t>Mezzo / targa</w:t>
            </w:r>
          </w:p>
        </w:tc>
        <w:tc>
          <w:tcPr>
            <w:tcW w:w="1700" w:type="dxa"/>
            <w:shd w:val="clear" w:color="auto" w:fill="D9EAF7"/>
          </w:tcPr>
          <w:p w14:paraId="5380A217" w14:textId="77777777" w:rsidR="008A09BF" w:rsidRDefault="00000000">
            <w:r>
              <w:rPr>
                <w:b/>
                <w:sz w:val="16"/>
              </w:rPr>
              <w:t>Telaio</w:t>
            </w:r>
          </w:p>
        </w:tc>
        <w:tc>
          <w:tcPr>
            <w:tcW w:w="1700" w:type="dxa"/>
            <w:shd w:val="clear" w:color="auto" w:fill="D9EAF7"/>
          </w:tcPr>
          <w:p w14:paraId="08D73449" w14:textId="77777777" w:rsidR="008A09BF" w:rsidRDefault="00000000">
            <w:r>
              <w:rPr>
                <w:b/>
                <w:sz w:val="16"/>
              </w:rPr>
              <w:t>Base d’asta</w:t>
            </w:r>
          </w:p>
        </w:tc>
        <w:tc>
          <w:tcPr>
            <w:tcW w:w="1700" w:type="dxa"/>
            <w:shd w:val="clear" w:color="auto" w:fill="D9EAF7"/>
          </w:tcPr>
          <w:p w14:paraId="42FD8586" w14:textId="77777777" w:rsidR="008A09BF" w:rsidRDefault="00000000">
            <w:r>
              <w:rPr>
                <w:b/>
                <w:sz w:val="16"/>
              </w:rPr>
              <w:t>Prezzo offerto</w:t>
            </w:r>
            <w:r>
              <w:rPr>
                <w:b/>
                <w:sz w:val="16"/>
              </w:rPr>
              <w:br/>
              <w:t>in cifre</w:t>
            </w:r>
          </w:p>
        </w:tc>
        <w:tc>
          <w:tcPr>
            <w:tcW w:w="1700" w:type="dxa"/>
            <w:shd w:val="clear" w:color="auto" w:fill="D9EAF7"/>
          </w:tcPr>
          <w:p w14:paraId="12F83794" w14:textId="77777777" w:rsidR="008A09BF" w:rsidRDefault="00000000">
            <w:r>
              <w:rPr>
                <w:b/>
                <w:sz w:val="16"/>
              </w:rPr>
              <w:t>Prezzo offerto</w:t>
            </w:r>
            <w:r>
              <w:rPr>
                <w:b/>
                <w:sz w:val="16"/>
              </w:rPr>
              <w:br/>
              <w:t>in lettere</w:t>
            </w:r>
          </w:p>
        </w:tc>
      </w:tr>
      <w:tr w:rsidR="008A09BF" w14:paraId="6B88C87F" w14:textId="77777777">
        <w:trPr>
          <w:cantSplit/>
          <w:jc w:val="center"/>
        </w:trPr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5B6C4E3" w14:textId="77777777" w:rsidR="008A09BF" w:rsidRDefault="00000000"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FAC2BB4" w14:textId="77777777" w:rsidR="008A09BF" w:rsidRDefault="00000000">
            <w:pPr>
              <w:spacing w:after="0"/>
            </w:pPr>
            <w:r>
              <w:rPr>
                <w:sz w:val="15"/>
              </w:rPr>
              <w:t>NISSAN VANETTE</w:t>
            </w:r>
            <w:r>
              <w:rPr>
                <w:sz w:val="15"/>
              </w:rPr>
              <w:br/>
              <w:t>Targa SI415379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B15802A" w14:textId="77777777" w:rsidR="008A09BF" w:rsidRDefault="00000000">
            <w:pPr>
              <w:spacing w:after="0"/>
            </w:pPr>
            <w:r>
              <w:rPr>
                <w:sz w:val="15"/>
              </w:rPr>
              <w:t>VSKBGC220 U0091987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2E2BB0D" w14:textId="5ECA167D" w:rsidR="008A09BF" w:rsidRDefault="00374128">
            <w:pPr>
              <w:spacing w:after="0"/>
            </w:pPr>
            <w:r>
              <w:rPr>
                <w:sz w:val="15"/>
              </w:rPr>
              <w:t>€ 800,00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F2EBBDD" w14:textId="77777777" w:rsidR="008A09BF" w:rsidRDefault="00000000">
            <w:pPr>
              <w:spacing w:after="0"/>
            </w:pPr>
            <w:r>
              <w:rPr>
                <w:sz w:val="15"/>
              </w:rPr>
              <w:t>€ __________________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EE9D477" w14:textId="77777777" w:rsidR="008A09BF" w:rsidRDefault="00000000">
            <w:pPr>
              <w:spacing w:after="0"/>
            </w:pPr>
            <w:r>
              <w:rPr>
                <w:sz w:val="15"/>
              </w:rPr>
              <w:t>________________________________</w:t>
            </w:r>
          </w:p>
        </w:tc>
      </w:tr>
      <w:tr w:rsidR="008A09BF" w14:paraId="6C087678" w14:textId="77777777">
        <w:trPr>
          <w:cantSplit/>
          <w:jc w:val="center"/>
        </w:trPr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980A64C" w14:textId="77777777" w:rsidR="008A09BF" w:rsidRDefault="00000000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7789CAE" w14:textId="77777777" w:rsidR="008A09BF" w:rsidRDefault="00000000">
            <w:pPr>
              <w:spacing w:after="0"/>
            </w:pPr>
            <w:r>
              <w:rPr>
                <w:sz w:val="15"/>
              </w:rPr>
              <w:t>RENAULT BERLINGO</w:t>
            </w:r>
            <w:r>
              <w:rPr>
                <w:sz w:val="15"/>
              </w:rPr>
              <w:br/>
              <w:t>Targa BJ866AY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91FAEC7" w14:textId="77777777" w:rsidR="008A09BF" w:rsidRDefault="00000000">
            <w:pPr>
              <w:spacing w:after="0"/>
            </w:pPr>
            <w:r>
              <w:rPr>
                <w:sz w:val="15"/>
              </w:rPr>
              <w:t>VF7MBKFXF65455519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F80F3E3" w14:textId="77777777" w:rsidR="008A09BF" w:rsidRDefault="00000000">
            <w:pPr>
              <w:spacing w:after="0"/>
            </w:pPr>
            <w:r>
              <w:rPr>
                <w:sz w:val="15"/>
              </w:rPr>
              <w:t>€ 4.000,00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119455F" w14:textId="77777777" w:rsidR="008A09BF" w:rsidRDefault="00000000">
            <w:pPr>
              <w:spacing w:after="0"/>
            </w:pPr>
            <w:r>
              <w:rPr>
                <w:sz w:val="15"/>
              </w:rPr>
              <w:t>€ __________________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1873BA7" w14:textId="77777777" w:rsidR="008A09BF" w:rsidRDefault="00000000">
            <w:pPr>
              <w:spacing w:after="0"/>
            </w:pPr>
            <w:r>
              <w:rPr>
                <w:sz w:val="15"/>
              </w:rPr>
              <w:t>________________________________</w:t>
            </w:r>
          </w:p>
        </w:tc>
      </w:tr>
      <w:tr w:rsidR="008A09BF" w14:paraId="157A1426" w14:textId="77777777">
        <w:trPr>
          <w:cantSplit/>
          <w:jc w:val="center"/>
        </w:trPr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BB5BCBA" w14:textId="77777777" w:rsidR="008A09BF" w:rsidRDefault="00000000">
            <w:pPr>
              <w:spacing w:after="0"/>
            </w:pPr>
            <w:r>
              <w:rPr>
                <w:sz w:val="15"/>
              </w:rPr>
              <w:t>3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615EB09" w14:textId="77777777" w:rsidR="008A09BF" w:rsidRDefault="00000000">
            <w:pPr>
              <w:spacing w:after="0"/>
            </w:pPr>
            <w:r>
              <w:rPr>
                <w:sz w:val="15"/>
              </w:rPr>
              <w:t>DAEWOO</w:t>
            </w:r>
            <w:r>
              <w:rPr>
                <w:sz w:val="15"/>
              </w:rPr>
              <w:br/>
              <w:t>Targa BJ932SY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1E68C57" w14:textId="77777777" w:rsidR="008A09BF" w:rsidRDefault="00000000">
            <w:pPr>
              <w:spacing w:after="0"/>
            </w:pPr>
            <w:r>
              <w:rPr>
                <w:sz w:val="15"/>
              </w:rPr>
              <w:t>SUPB04EJLYN084063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4A2B7CD" w14:textId="77777777" w:rsidR="008A09BF" w:rsidRDefault="00000000">
            <w:pPr>
              <w:spacing w:after="0"/>
            </w:pPr>
            <w:r>
              <w:rPr>
                <w:sz w:val="15"/>
              </w:rPr>
              <w:t>€ 400,00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1721748" w14:textId="77777777" w:rsidR="008A09BF" w:rsidRDefault="00000000">
            <w:pPr>
              <w:spacing w:after="0"/>
            </w:pPr>
            <w:r>
              <w:rPr>
                <w:sz w:val="15"/>
              </w:rPr>
              <w:t>€ __________________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0F3D689" w14:textId="77777777" w:rsidR="008A09BF" w:rsidRDefault="00000000">
            <w:pPr>
              <w:spacing w:after="0"/>
            </w:pPr>
            <w:r>
              <w:rPr>
                <w:sz w:val="15"/>
              </w:rPr>
              <w:t>________________________________</w:t>
            </w:r>
          </w:p>
        </w:tc>
      </w:tr>
      <w:tr w:rsidR="008A09BF" w14:paraId="3A578FF8" w14:textId="77777777">
        <w:trPr>
          <w:cantSplit/>
          <w:jc w:val="center"/>
        </w:trPr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763A922" w14:textId="77777777" w:rsidR="008A09BF" w:rsidRDefault="00000000">
            <w:pPr>
              <w:spacing w:after="0"/>
            </w:pPr>
            <w:r>
              <w:rPr>
                <w:sz w:val="15"/>
              </w:rPr>
              <w:t>4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55C4117" w14:textId="77777777" w:rsidR="008A09BF" w:rsidRDefault="00000000">
            <w:pPr>
              <w:spacing w:after="0"/>
            </w:pPr>
            <w:r>
              <w:rPr>
                <w:sz w:val="15"/>
              </w:rPr>
              <w:t>GUZZON</w:t>
            </w:r>
            <w:r>
              <w:rPr>
                <w:sz w:val="15"/>
              </w:rPr>
              <w:br/>
              <w:t>Targa CZ819SG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F39CAA1" w14:textId="77777777" w:rsidR="008A09BF" w:rsidRDefault="00000000">
            <w:pPr>
              <w:spacing w:after="0"/>
            </w:pPr>
            <w:r>
              <w:rPr>
                <w:sz w:val="15"/>
              </w:rPr>
              <w:t>ZUSS5HT0350005908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71F299A" w14:textId="77777777" w:rsidR="008A09BF" w:rsidRDefault="00000000">
            <w:pPr>
              <w:spacing w:after="0"/>
            </w:pPr>
            <w:r>
              <w:rPr>
                <w:sz w:val="15"/>
              </w:rPr>
              <w:t>€ 1.500,00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18BCBBE" w14:textId="77777777" w:rsidR="008A09BF" w:rsidRDefault="00000000">
            <w:pPr>
              <w:spacing w:after="0"/>
            </w:pPr>
            <w:r>
              <w:rPr>
                <w:sz w:val="15"/>
              </w:rPr>
              <w:t>€ __________________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B1406D9" w14:textId="77777777" w:rsidR="008A09BF" w:rsidRDefault="00000000">
            <w:pPr>
              <w:spacing w:after="0"/>
            </w:pPr>
            <w:r>
              <w:rPr>
                <w:sz w:val="15"/>
              </w:rPr>
              <w:t>________________________________</w:t>
            </w:r>
          </w:p>
        </w:tc>
      </w:tr>
      <w:tr w:rsidR="008A09BF" w14:paraId="5E7FEE05" w14:textId="77777777">
        <w:trPr>
          <w:cantSplit/>
          <w:jc w:val="center"/>
        </w:trPr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C3AEE77" w14:textId="77777777" w:rsidR="008A09BF" w:rsidRDefault="00000000">
            <w:pPr>
              <w:spacing w:after="0"/>
            </w:pPr>
            <w:r>
              <w:rPr>
                <w:sz w:val="15"/>
              </w:rPr>
              <w:t>5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BDB2F1D" w14:textId="77777777" w:rsidR="008A09BF" w:rsidRDefault="00000000">
            <w:pPr>
              <w:spacing w:after="0"/>
            </w:pPr>
            <w:r>
              <w:rPr>
                <w:sz w:val="15"/>
              </w:rPr>
              <w:t>PORTER PIAGGIO</w:t>
            </w:r>
            <w:r>
              <w:rPr>
                <w:sz w:val="15"/>
              </w:rPr>
              <w:br/>
              <w:t>Targa AA719JZ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2AB23E1" w14:textId="77777777" w:rsidR="008A09BF" w:rsidRDefault="00000000">
            <w:pPr>
              <w:spacing w:after="0"/>
            </w:pPr>
            <w:r>
              <w:rPr>
                <w:sz w:val="15"/>
              </w:rPr>
              <w:t>ZAPS85G0000004542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A8C5F5B" w14:textId="77777777" w:rsidR="008A09BF" w:rsidRDefault="00000000">
            <w:pPr>
              <w:spacing w:after="0"/>
            </w:pPr>
            <w:r>
              <w:rPr>
                <w:sz w:val="15"/>
              </w:rPr>
              <w:t>€ 500,00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6330032" w14:textId="77777777" w:rsidR="008A09BF" w:rsidRDefault="00000000">
            <w:pPr>
              <w:spacing w:after="0"/>
            </w:pPr>
            <w:r>
              <w:rPr>
                <w:sz w:val="15"/>
              </w:rPr>
              <w:t>€ __________________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D9B6BB5" w14:textId="77777777" w:rsidR="008A09BF" w:rsidRDefault="00000000">
            <w:pPr>
              <w:spacing w:after="0"/>
            </w:pPr>
            <w:r>
              <w:rPr>
                <w:sz w:val="15"/>
              </w:rPr>
              <w:t>________________________________</w:t>
            </w:r>
          </w:p>
        </w:tc>
      </w:tr>
      <w:tr w:rsidR="008A09BF" w14:paraId="1467E141" w14:textId="77777777">
        <w:trPr>
          <w:cantSplit/>
          <w:jc w:val="center"/>
        </w:trPr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CDB2BE7" w14:textId="77777777" w:rsidR="008A09BF" w:rsidRDefault="00000000">
            <w:pPr>
              <w:spacing w:after="0"/>
            </w:pPr>
            <w:r>
              <w:rPr>
                <w:sz w:val="15"/>
              </w:rPr>
              <w:t>6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F3020F3" w14:textId="77777777" w:rsidR="008A09BF" w:rsidRPr="00374128" w:rsidRDefault="00000000">
            <w:pPr>
              <w:spacing w:after="0"/>
              <w:rPr>
                <w:lang w:val="it-IT"/>
              </w:rPr>
            </w:pPr>
            <w:r w:rsidRPr="00374128">
              <w:rPr>
                <w:sz w:val="15"/>
                <w:lang w:val="it-IT"/>
              </w:rPr>
              <w:t>SPAZZATRICE BCS LOMBARDINI</w:t>
            </w:r>
            <w:r w:rsidRPr="00374128">
              <w:rPr>
                <w:sz w:val="15"/>
                <w:lang w:val="it-IT"/>
              </w:rPr>
              <w:br/>
              <w:t>Targa AEF032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46CD0A2" w14:textId="77777777" w:rsidR="008A09BF" w:rsidRDefault="00000000">
            <w:pPr>
              <w:spacing w:after="0"/>
            </w:pPr>
            <w:r>
              <w:rPr>
                <w:sz w:val="15"/>
              </w:rPr>
              <w:t>B1JBE 0719601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D8CC632" w14:textId="77777777" w:rsidR="008A09BF" w:rsidRDefault="00000000">
            <w:pPr>
              <w:spacing w:after="0"/>
            </w:pPr>
            <w:r>
              <w:rPr>
                <w:sz w:val="15"/>
              </w:rPr>
              <w:t>€ 1.000,00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C9C42DB" w14:textId="77777777" w:rsidR="008A09BF" w:rsidRDefault="00000000">
            <w:pPr>
              <w:spacing w:after="0"/>
            </w:pPr>
            <w:r>
              <w:rPr>
                <w:sz w:val="15"/>
              </w:rPr>
              <w:t>€ __________________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1BDAB77" w14:textId="77777777" w:rsidR="008A09BF" w:rsidRDefault="00000000">
            <w:pPr>
              <w:spacing w:after="0"/>
            </w:pPr>
            <w:r>
              <w:rPr>
                <w:sz w:val="15"/>
              </w:rPr>
              <w:t>________________________________</w:t>
            </w:r>
          </w:p>
        </w:tc>
      </w:tr>
      <w:tr w:rsidR="008A09BF" w14:paraId="120EFE18" w14:textId="77777777">
        <w:trPr>
          <w:cantSplit/>
          <w:jc w:val="center"/>
        </w:trPr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039392D" w14:textId="77777777" w:rsidR="008A09BF" w:rsidRDefault="00000000">
            <w:pPr>
              <w:spacing w:after="0"/>
            </w:pPr>
            <w:r>
              <w:rPr>
                <w:sz w:val="15"/>
              </w:rPr>
              <w:t>7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E5366E3" w14:textId="77777777" w:rsidR="008A09BF" w:rsidRDefault="00000000">
            <w:pPr>
              <w:spacing w:after="0"/>
            </w:pPr>
            <w:r>
              <w:rPr>
                <w:sz w:val="15"/>
              </w:rPr>
              <w:t>AUTOBUS MERCEDES BENZ</w:t>
            </w:r>
            <w:r>
              <w:rPr>
                <w:sz w:val="15"/>
              </w:rPr>
              <w:br/>
              <w:t>Targa AJ207LX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09EEFE7" w14:textId="77777777" w:rsidR="008A09BF" w:rsidRDefault="00000000">
            <w:pPr>
              <w:spacing w:after="0"/>
            </w:pPr>
            <w:r>
              <w:rPr>
                <w:sz w:val="15"/>
              </w:rPr>
              <w:t>WDB6703661N034739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C6637CD" w14:textId="77777777" w:rsidR="008A09BF" w:rsidRDefault="00000000">
            <w:pPr>
              <w:spacing w:after="0"/>
            </w:pPr>
            <w:r>
              <w:rPr>
                <w:sz w:val="15"/>
              </w:rPr>
              <w:t>€ 4.000,00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87786DE" w14:textId="77777777" w:rsidR="008A09BF" w:rsidRDefault="00000000">
            <w:pPr>
              <w:spacing w:after="0"/>
            </w:pPr>
            <w:r>
              <w:rPr>
                <w:sz w:val="15"/>
              </w:rPr>
              <w:t>€ __________________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C7DD2DB" w14:textId="77777777" w:rsidR="008A09BF" w:rsidRDefault="00000000">
            <w:pPr>
              <w:spacing w:after="0"/>
            </w:pPr>
            <w:r>
              <w:rPr>
                <w:sz w:val="15"/>
              </w:rPr>
              <w:t>________________________________</w:t>
            </w:r>
          </w:p>
        </w:tc>
      </w:tr>
      <w:tr w:rsidR="008A09BF" w14:paraId="7EFF23D9" w14:textId="77777777">
        <w:trPr>
          <w:cantSplit/>
          <w:jc w:val="center"/>
        </w:trPr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4368CB9" w14:textId="77777777" w:rsidR="008A09BF" w:rsidRDefault="00000000">
            <w:pPr>
              <w:spacing w:after="0"/>
            </w:pPr>
            <w:r>
              <w:rPr>
                <w:sz w:val="15"/>
              </w:rPr>
              <w:t>8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BC18347" w14:textId="77777777" w:rsidR="008A09BF" w:rsidRPr="00374128" w:rsidRDefault="00000000">
            <w:pPr>
              <w:spacing w:after="0"/>
              <w:rPr>
                <w:lang w:val="it-IT"/>
              </w:rPr>
            </w:pPr>
            <w:r w:rsidRPr="00374128">
              <w:rPr>
                <w:sz w:val="15"/>
                <w:lang w:val="it-IT"/>
              </w:rPr>
              <w:t>CAMION NISSAN L.80</w:t>
            </w:r>
            <w:r w:rsidRPr="00374128">
              <w:rPr>
                <w:sz w:val="15"/>
                <w:lang w:val="it-IT"/>
              </w:rPr>
              <w:br/>
              <w:t>Targa SI394392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9D60E1C" w14:textId="77777777" w:rsidR="008A09BF" w:rsidRDefault="00000000">
            <w:pPr>
              <w:spacing w:after="0"/>
            </w:pPr>
            <w:r>
              <w:rPr>
                <w:sz w:val="15"/>
              </w:rPr>
              <w:t>VSKL8016GNB352364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3E847C6" w14:textId="77777777" w:rsidR="008A09BF" w:rsidRDefault="00000000">
            <w:pPr>
              <w:spacing w:after="0"/>
            </w:pPr>
            <w:r>
              <w:rPr>
                <w:sz w:val="15"/>
              </w:rPr>
              <w:t>€ 3.000,00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1165D96" w14:textId="77777777" w:rsidR="008A09BF" w:rsidRDefault="00000000">
            <w:pPr>
              <w:spacing w:after="0"/>
            </w:pPr>
            <w:r>
              <w:rPr>
                <w:sz w:val="15"/>
              </w:rPr>
              <w:t>€ __________________</w:t>
            </w:r>
          </w:p>
        </w:tc>
        <w:tc>
          <w:tcPr>
            <w:tcW w:w="170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210F120" w14:textId="77777777" w:rsidR="008A09BF" w:rsidRDefault="00000000">
            <w:pPr>
              <w:spacing w:after="0"/>
            </w:pPr>
            <w:r>
              <w:rPr>
                <w:sz w:val="15"/>
              </w:rPr>
              <w:t>________________________________</w:t>
            </w:r>
          </w:p>
        </w:tc>
      </w:tr>
    </w:tbl>
    <w:p w14:paraId="1D0F4A20" w14:textId="77777777" w:rsidR="008A09BF" w:rsidRPr="00374128" w:rsidRDefault="00000000">
      <w:pPr>
        <w:rPr>
          <w:lang w:val="it-IT"/>
        </w:rPr>
      </w:pPr>
      <w:r w:rsidRPr="00374128">
        <w:rPr>
          <w:lang w:val="it-IT"/>
        </w:rPr>
        <w:t>Il/La sottoscritto/a dichiara inoltre:</w:t>
      </w:r>
    </w:p>
    <w:p w14:paraId="6E9B5EB3" w14:textId="77777777" w:rsidR="008A09BF" w:rsidRPr="00374128" w:rsidRDefault="00000000">
      <w:pPr>
        <w:ind w:left="283" w:hanging="198"/>
        <w:rPr>
          <w:lang w:val="it-IT"/>
        </w:rPr>
      </w:pPr>
      <w:r w:rsidRPr="00374128">
        <w:rPr>
          <w:lang w:val="it-IT"/>
        </w:rPr>
        <w:t>– che il prezzo indicato per ciascun lotto è autonomo e non è subordinato all’aggiudicazione di altri lotti;</w:t>
      </w:r>
    </w:p>
    <w:p w14:paraId="598CF841" w14:textId="77777777" w:rsidR="008A09BF" w:rsidRPr="00374128" w:rsidRDefault="00000000">
      <w:pPr>
        <w:ind w:left="283" w:hanging="198"/>
        <w:rPr>
          <w:lang w:val="it-IT"/>
        </w:rPr>
      </w:pPr>
      <w:r w:rsidRPr="00374128">
        <w:rPr>
          <w:lang w:val="it-IT"/>
        </w:rPr>
        <w:lastRenderedPageBreak/>
        <w:t>– di avere tenuto conto, nella formulazione dell’offerta, dello stato di fatto, di uso e conservazione del mezzo e di tutte le condizioni stabilite dal bando;</w:t>
      </w:r>
    </w:p>
    <w:p w14:paraId="101CBFF1" w14:textId="77777777" w:rsidR="008A09BF" w:rsidRPr="00374128" w:rsidRDefault="00000000">
      <w:pPr>
        <w:ind w:left="283" w:hanging="198"/>
        <w:rPr>
          <w:lang w:val="it-IT"/>
        </w:rPr>
      </w:pPr>
      <w:r w:rsidRPr="00374128">
        <w:rPr>
          <w:lang w:val="it-IT"/>
        </w:rPr>
        <w:t>– di accettare senza riserve le condizioni del bando e di vincolarsi alla presente offerta per 60 giorni dalla data della seduta d’asta;</w:t>
      </w:r>
    </w:p>
    <w:p w14:paraId="39FC2A5D" w14:textId="77777777" w:rsidR="008A09BF" w:rsidRPr="00374128" w:rsidRDefault="00000000">
      <w:pPr>
        <w:ind w:left="283" w:hanging="198"/>
        <w:rPr>
          <w:lang w:val="it-IT"/>
        </w:rPr>
      </w:pPr>
      <w:r w:rsidRPr="00374128">
        <w:rPr>
          <w:lang w:val="it-IT"/>
        </w:rPr>
        <w:t>– di essere consapevole che, in caso di discordanza tra l’importo espresso in cifre e quello espresso in lettere, si applicherà quanto previsto dal bando.</w:t>
      </w:r>
    </w:p>
    <w:p w14:paraId="65E7DFFB" w14:textId="77777777" w:rsidR="00171817" w:rsidRDefault="00171817">
      <w:pPr>
        <w:rPr>
          <w:lang w:val="it-IT"/>
        </w:rPr>
      </w:pPr>
    </w:p>
    <w:p w14:paraId="19F1F2E7" w14:textId="69BBD504" w:rsidR="008A09BF" w:rsidRPr="00374128" w:rsidRDefault="00000000">
      <w:pPr>
        <w:rPr>
          <w:lang w:val="it-IT"/>
        </w:rPr>
      </w:pPr>
      <w:r w:rsidRPr="00374128">
        <w:rPr>
          <w:lang w:val="it-IT"/>
        </w:rPr>
        <w:t>Luogo e data ______________________________</w:t>
      </w:r>
    </w:p>
    <w:p w14:paraId="0E7321B5" w14:textId="77777777" w:rsidR="00171817" w:rsidRDefault="00171817">
      <w:pPr>
        <w:rPr>
          <w:lang w:val="it-IT"/>
        </w:rPr>
      </w:pPr>
    </w:p>
    <w:p w14:paraId="59E60A7E" w14:textId="77777777" w:rsidR="00171817" w:rsidRDefault="00171817">
      <w:pPr>
        <w:rPr>
          <w:lang w:val="it-IT"/>
        </w:rPr>
      </w:pPr>
    </w:p>
    <w:p w14:paraId="72003579" w14:textId="71E0D8B2" w:rsidR="008A09BF" w:rsidRPr="00374128" w:rsidRDefault="00000000">
      <w:pPr>
        <w:rPr>
          <w:lang w:val="it-IT"/>
        </w:rPr>
      </w:pPr>
      <w:r w:rsidRPr="00374128">
        <w:rPr>
          <w:lang w:val="it-IT"/>
        </w:rPr>
        <w:t>Firma leggibile ______________________________________________</w:t>
      </w:r>
    </w:p>
    <w:p w14:paraId="7D0EBCDB" w14:textId="77777777" w:rsidR="00171817" w:rsidRDefault="00171817">
      <w:pPr>
        <w:rPr>
          <w:i/>
          <w:lang w:val="it-IT"/>
        </w:rPr>
      </w:pPr>
    </w:p>
    <w:p w14:paraId="1A8C321C" w14:textId="77777777" w:rsidR="00171817" w:rsidRDefault="00171817">
      <w:pPr>
        <w:rPr>
          <w:i/>
          <w:lang w:val="it-IT"/>
        </w:rPr>
      </w:pPr>
    </w:p>
    <w:p w14:paraId="1C43A273" w14:textId="77777777" w:rsidR="00171817" w:rsidRDefault="00171817">
      <w:pPr>
        <w:rPr>
          <w:i/>
          <w:lang w:val="it-IT"/>
        </w:rPr>
      </w:pPr>
    </w:p>
    <w:p w14:paraId="0D104D95" w14:textId="0F6B23A8" w:rsidR="008A09BF" w:rsidRPr="00374128" w:rsidRDefault="00000000">
      <w:pPr>
        <w:rPr>
          <w:lang w:val="it-IT"/>
        </w:rPr>
      </w:pPr>
      <w:r w:rsidRPr="00374128">
        <w:rPr>
          <w:i/>
          <w:lang w:val="it-IT"/>
        </w:rPr>
        <w:t>Allegare copia di un documento di identità in corso di validità del sottoscrittore</w:t>
      </w:r>
      <w:r w:rsidR="00171817">
        <w:rPr>
          <w:i/>
          <w:lang w:val="it-IT"/>
        </w:rPr>
        <w:t>.</w:t>
      </w:r>
    </w:p>
    <w:sectPr w:rsidR="008A09BF" w:rsidRPr="00374128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2808689">
    <w:abstractNumId w:val="8"/>
  </w:num>
  <w:num w:numId="2" w16cid:durableId="328100845">
    <w:abstractNumId w:val="6"/>
  </w:num>
  <w:num w:numId="3" w16cid:durableId="66658529">
    <w:abstractNumId w:val="5"/>
  </w:num>
  <w:num w:numId="4" w16cid:durableId="1471945492">
    <w:abstractNumId w:val="4"/>
  </w:num>
  <w:num w:numId="5" w16cid:durableId="1602057891">
    <w:abstractNumId w:val="7"/>
  </w:num>
  <w:num w:numId="6" w16cid:durableId="182743179">
    <w:abstractNumId w:val="3"/>
  </w:num>
  <w:num w:numId="7" w16cid:durableId="1115055333">
    <w:abstractNumId w:val="2"/>
  </w:num>
  <w:num w:numId="8" w16cid:durableId="294994750">
    <w:abstractNumId w:val="1"/>
  </w:num>
  <w:num w:numId="9" w16cid:durableId="107184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817"/>
    <w:rsid w:val="0029639D"/>
    <w:rsid w:val="00326F90"/>
    <w:rsid w:val="00374128"/>
    <w:rsid w:val="00441D6D"/>
    <w:rsid w:val="00470252"/>
    <w:rsid w:val="008A09BF"/>
    <w:rsid w:val="00AA1D8D"/>
    <w:rsid w:val="00B47730"/>
    <w:rsid w:val="00CB0664"/>
    <w:rsid w:val="00F114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4C81A"/>
  <w14:defaultImageDpi w14:val="300"/>
  <w15:docId w15:val="{2B41445F-B049-48AC-887D-2F1574EB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1F4E79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Comune Colle di val d Elsa</cp:lastModifiedBy>
  <cp:revision>3</cp:revision>
  <dcterms:created xsi:type="dcterms:W3CDTF">2026-09-16T09:19:00Z</dcterms:created>
  <dcterms:modified xsi:type="dcterms:W3CDTF">2026-09-16T09:20:00Z</dcterms:modified>
  <cp:category/>
</cp:coreProperties>
</file>