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D1D9" w14:textId="77777777" w:rsidR="00A6086C" w:rsidRPr="00760B3B" w:rsidRDefault="00000000">
      <w:pPr>
        <w:pStyle w:val="Titolo1"/>
        <w:jc w:val="center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ALLEGATO C</w:t>
      </w:r>
    </w:p>
    <w:p w14:paraId="6DE86A17" w14:textId="77777777" w:rsidR="00A6086C" w:rsidRPr="00760B3B" w:rsidRDefault="00000000">
      <w:pPr>
        <w:pStyle w:val="Titolo2"/>
        <w:jc w:val="center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Scheda di partecipazione al percorso istituzionale di confronto per la rigenerazione urbana dell'area "Fabbrichina"</w:t>
      </w:r>
    </w:p>
    <w:p w14:paraId="083AE2A7" w14:textId="6DAD615B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Al Comune di Colle di Val d'Elsa</w:t>
      </w:r>
      <w:r w:rsidRPr="00760B3B">
        <w:rPr>
          <w:rFonts w:cs="Times New Roman"/>
          <w:lang w:val="it-IT"/>
        </w:rPr>
        <w:br/>
      </w:r>
      <w:r w:rsidR="003E25A3">
        <w:rPr>
          <w:rFonts w:cs="Times New Roman"/>
          <w:lang w:val="it-IT"/>
        </w:rPr>
        <w:t xml:space="preserve">Responsabile </w:t>
      </w:r>
      <w:r w:rsidRPr="00760B3B">
        <w:rPr>
          <w:rFonts w:cs="Times New Roman"/>
          <w:lang w:val="it-IT"/>
        </w:rPr>
        <w:t xml:space="preserve">Servizio </w:t>
      </w:r>
      <w:r w:rsidR="003E25A3">
        <w:rPr>
          <w:rFonts w:cs="Times New Roman"/>
          <w:lang w:val="it-IT"/>
        </w:rPr>
        <w:t>9</w:t>
      </w:r>
      <w:r w:rsidRPr="00760B3B">
        <w:rPr>
          <w:rFonts w:cs="Times New Roman"/>
          <w:lang w:val="it-IT"/>
        </w:rPr>
        <w:br/>
        <w:t xml:space="preserve">PEC: </w:t>
      </w:r>
      <w:r w:rsidR="003E25A3" w:rsidRPr="003E25A3">
        <w:rPr>
          <w:rFonts w:cs="Times New Roman"/>
          <w:lang w:val="it-IT"/>
        </w:rPr>
        <w:t>comune.collevaldelsa@postecert.it</w:t>
      </w:r>
    </w:p>
    <w:p w14:paraId="5615E287" w14:textId="77777777" w:rsidR="00A6086C" w:rsidRPr="00760B3B" w:rsidRDefault="00000000">
      <w:pPr>
        <w:pStyle w:val="Titolo3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DATI DEL PARTECIPANTE</w:t>
      </w:r>
    </w:p>
    <w:p w14:paraId="20A04849" w14:textId="77777777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Cognome e Nome / Denominazione: ________________________________</w:t>
      </w:r>
    </w:p>
    <w:p w14:paraId="4001D9EF" w14:textId="77777777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Codice fiscale / Partita IVA: _________________________________</w:t>
      </w:r>
    </w:p>
    <w:p w14:paraId="22126F42" w14:textId="77777777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Sede legale: _________________________________________________</w:t>
      </w:r>
    </w:p>
    <w:p w14:paraId="3842EAC1" w14:textId="77777777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Legale rappresentante: ________________________________________</w:t>
      </w:r>
    </w:p>
    <w:p w14:paraId="099E166F" w14:textId="77777777" w:rsidR="00FB2B2E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Telefono: __________________ </w:t>
      </w:r>
    </w:p>
    <w:p w14:paraId="7C58D672" w14:textId="2424C523" w:rsidR="00FB2B2E" w:rsidRPr="00760B3B" w:rsidRDefault="00FB2B2E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Telefono Cellulare____________</w:t>
      </w:r>
    </w:p>
    <w:p w14:paraId="7A34B54B" w14:textId="10CF50BB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PEC: _____________________________</w:t>
      </w:r>
    </w:p>
    <w:p w14:paraId="531BED84" w14:textId="77777777" w:rsidR="00A6086C" w:rsidRPr="00760B3B" w:rsidRDefault="00000000">
      <w:pPr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E-mail: ______________________________________________________</w:t>
      </w:r>
    </w:p>
    <w:p w14:paraId="7173B0C0" w14:textId="77777777" w:rsidR="00A6086C" w:rsidRPr="00760B3B" w:rsidRDefault="00000000" w:rsidP="00FB2B2E">
      <w:pPr>
        <w:pStyle w:val="Titolo3"/>
        <w:jc w:val="center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ISTANZA</w:t>
      </w:r>
    </w:p>
    <w:p w14:paraId="401C01CA" w14:textId="077F327B" w:rsidR="00FB2B2E" w:rsidRPr="00760B3B" w:rsidRDefault="00000000" w:rsidP="00FB2B2E">
      <w:pPr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Il sottoscritto</w:t>
      </w:r>
      <w:r w:rsidR="0003346B">
        <w:rPr>
          <w:rFonts w:cs="Times New Roman"/>
          <w:lang w:val="it-IT"/>
        </w:rPr>
        <w:t>/ La sottoscritta</w:t>
      </w:r>
      <w:r w:rsidRPr="00760B3B">
        <w:rPr>
          <w:rFonts w:cs="Times New Roman"/>
          <w:lang w:val="it-IT"/>
        </w:rPr>
        <w:t xml:space="preserve"> chiede di partecipare al percorso istituzionale promosso dal Comune di Colle di Val d'Elsa finalizzato alla promozione della rigenerazione urbana dell'area denominata "Fabbrichina"</w:t>
      </w:r>
      <w:r w:rsidR="00FB2B2E" w:rsidRPr="00760B3B">
        <w:rPr>
          <w:rFonts w:cs="Times New Roman"/>
          <w:lang w:val="it-IT"/>
        </w:rPr>
        <w:t xml:space="preserve"> ed in tal senso, consapevole della responsabilità penale cui può andare incontro in caso di affermazioni mendaci </w:t>
      </w:r>
    </w:p>
    <w:p w14:paraId="222A6759" w14:textId="17373850" w:rsidR="00FB2B2E" w:rsidRPr="00760B3B" w:rsidRDefault="00FB2B2E" w:rsidP="00FB2B2E">
      <w:pPr>
        <w:jc w:val="center"/>
        <w:rPr>
          <w:rFonts w:cs="Times New Roman"/>
          <w:b/>
          <w:bCs/>
          <w:lang w:val="it-IT"/>
        </w:rPr>
      </w:pPr>
      <w:r w:rsidRPr="00760B3B">
        <w:rPr>
          <w:rFonts w:cs="Times New Roman"/>
          <w:b/>
          <w:bCs/>
          <w:lang w:val="it-IT"/>
        </w:rPr>
        <w:t>DICHIARA</w:t>
      </w:r>
    </w:p>
    <w:p w14:paraId="36BD7E78" w14:textId="0D7D7CD3" w:rsidR="00A6086C" w:rsidRPr="00760B3B" w:rsidRDefault="00000000" w:rsidP="00FB2B2E">
      <w:pPr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di aver preso visione dell'Invito pubblico e del Documento di indirizzo approvati </w:t>
      </w:r>
      <w:r w:rsidR="00FB2B2E" w:rsidRPr="00760B3B">
        <w:rPr>
          <w:rFonts w:cs="Times New Roman"/>
          <w:lang w:val="it-IT"/>
        </w:rPr>
        <w:t>dalla Giunta Comunale</w:t>
      </w:r>
      <w:r w:rsidRPr="00760B3B">
        <w:rPr>
          <w:rFonts w:cs="Times New Roman"/>
          <w:lang w:val="it-IT"/>
        </w:rPr>
        <w:t xml:space="preserve"> e di accettarne integralmente contenuti e finalità;</w:t>
      </w:r>
    </w:p>
    <w:p w14:paraId="1EA99FEE" w14:textId="77777777" w:rsidR="00A6086C" w:rsidRPr="00760B3B" w:rsidRDefault="00000000" w:rsidP="00FB2B2E">
      <w:pPr>
        <w:pStyle w:val="Puntoelenco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di essere consapevole che il percorso non costituisce procedura di gara, procedura comparativa, procedura di affidamento né attribuisce diritti di prelazione, preferenza o esclusiva;</w:t>
      </w:r>
    </w:p>
    <w:p w14:paraId="6C693B3C" w14:textId="5A0E9035" w:rsidR="00A6086C" w:rsidRPr="00760B3B" w:rsidRDefault="00000000" w:rsidP="00FB2B2E">
      <w:pPr>
        <w:pStyle w:val="Puntoelenco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di essere consapevole della procedura concorsuale</w:t>
      </w:r>
      <w:r w:rsidR="00FB2B2E" w:rsidRPr="00760B3B">
        <w:rPr>
          <w:rFonts w:cs="Times New Roman"/>
          <w:lang w:val="it-IT"/>
        </w:rPr>
        <w:t xml:space="preserve"> in corso sull’area in questione</w:t>
      </w:r>
      <w:r w:rsidRPr="00760B3B">
        <w:rPr>
          <w:rFonts w:cs="Times New Roman"/>
          <w:lang w:val="it-IT"/>
        </w:rPr>
        <w:t>;</w:t>
      </w:r>
    </w:p>
    <w:p w14:paraId="1C125B78" w14:textId="35C0511B" w:rsidR="00A6086C" w:rsidRPr="00760B3B" w:rsidRDefault="00000000" w:rsidP="00FB2B2E">
      <w:pPr>
        <w:pStyle w:val="Puntoelenco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che, alla data della presente istanza, nei confronti del soggetto rappresentato non ricorrono, per quanto compatibili con la natura del presente procedimento, </w:t>
      </w:r>
      <w:r w:rsidR="00FB2B2E" w:rsidRPr="00760B3B">
        <w:rPr>
          <w:rFonts w:cs="Times New Roman"/>
          <w:lang w:val="it-IT"/>
        </w:rPr>
        <w:t>misure che comportino il divieto a contrarre con la pubblica amministrazione</w:t>
      </w:r>
      <w:r w:rsidRPr="00760B3B">
        <w:rPr>
          <w:rFonts w:cs="Times New Roman"/>
          <w:lang w:val="it-IT"/>
        </w:rPr>
        <w:t>;</w:t>
      </w:r>
    </w:p>
    <w:p w14:paraId="074BC903" w14:textId="77777777" w:rsidR="00A6086C" w:rsidRPr="00760B3B" w:rsidRDefault="00000000">
      <w:pPr>
        <w:pStyle w:val="Puntoelenco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lastRenderedPageBreak/>
        <w:t>di impegnarsi a comunicare tempestivamente ogni eventuale variazione che incida sulle dichiarazioni rese.</w:t>
      </w:r>
    </w:p>
    <w:p w14:paraId="016B3755" w14:textId="77777777" w:rsidR="00A6086C" w:rsidRPr="00760B3B" w:rsidRDefault="00000000">
      <w:pPr>
        <w:pStyle w:val="Titolo3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INTERESSE AL PERCORSO</w:t>
      </w:r>
    </w:p>
    <w:p w14:paraId="0936770C" w14:textId="255CA05A" w:rsidR="00A6086C" w:rsidRPr="00760B3B" w:rsidRDefault="00000000" w:rsidP="00FB2B2E">
      <w:pPr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Il partecipante </w:t>
      </w:r>
      <w:r w:rsidR="00FB2B2E" w:rsidRPr="00760B3B">
        <w:rPr>
          <w:rFonts w:cs="Times New Roman"/>
          <w:lang w:val="it-IT"/>
        </w:rPr>
        <w:t>ha interesse a</w:t>
      </w:r>
      <w:r w:rsidRPr="00760B3B">
        <w:rPr>
          <w:rFonts w:cs="Times New Roman"/>
          <w:lang w:val="it-IT"/>
        </w:rPr>
        <w:t xml:space="preserve"> contribuire al percorso </w:t>
      </w:r>
      <w:r w:rsidR="00FB2B2E" w:rsidRPr="00760B3B">
        <w:rPr>
          <w:rFonts w:cs="Times New Roman"/>
          <w:lang w:val="it-IT"/>
        </w:rPr>
        <w:t>istituzionale avviato dall’Amministrazione Comunale per la rigenerazione dell’Area “La Fabbrichina”</w:t>
      </w:r>
      <w:r w:rsidR="00CD08F0" w:rsidRPr="00760B3B">
        <w:rPr>
          <w:rFonts w:cs="Times New Roman"/>
          <w:lang w:val="it-IT"/>
        </w:rPr>
        <w:t xml:space="preserve"> per le seguenti motivazioni</w:t>
      </w:r>
      <w:r w:rsidRPr="00760B3B">
        <w:rPr>
          <w:rFonts w:cs="Times New Roman"/>
          <w:lang w:val="it-IT"/>
        </w:rPr>
        <w:t>:</w:t>
      </w:r>
      <w:r w:rsidRPr="00760B3B">
        <w:rPr>
          <w:rFonts w:cs="Times New Roman"/>
          <w:lang w:val="it-IT"/>
        </w:rPr>
        <w:br/>
      </w:r>
      <w:r w:rsidRPr="00760B3B">
        <w:rPr>
          <w:rFonts w:cs="Times New Roman"/>
          <w:lang w:val="it-IT"/>
        </w:rPr>
        <w:br/>
        <w:t>______________________________________________________________</w:t>
      </w:r>
      <w:r w:rsidRPr="00760B3B">
        <w:rPr>
          <w:rFonts w:cs="Times New Roman"/>
          <w:lang w:val="it-IT"/>
        </w:rPr>
        <w:br/>
      </w:r>
      <w:r w:rsidRPr="00760B3B">
        <w:rPr>
          <w:rFonts w:cs="Times New Roman"/>
          <w:lang w:val="it-IT"/>
        </w:rPr>
        <w:br/>
        <w:t>______________________________________________________________</w:t>
      </w:r>
    </w:p>
    <w:p w14:paraId="7AF90971" w14:textId="3AE95040" w:rsidR="00FB2B2E" w:rsidRPr="00760B3B" w:rsidRDefault="00CD08F0" w:rsidP="00CD08F0">
      <w:pPr>
        <w:spacing w:after="60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Il partecipante </w:t>
      </w:r>
      <w:r w:rsidR="00FB2B2E" w:rsidRPr="00760B3B">
        <w:rPr>
          <w:rFonts w:cs="Times New Roman"/>
          <w:lang w:val="it-IT"/>
        </w:rPr>
        <w:t>indica</w:t>
      </w:r>
      <w:r w:rsidRPr="00760B3B">
        <w:rPr>
          <w:rFonts w:cs="Times New Roman"/>
          <w:lang w:val="it-IT"/>
        </w:rPr>
        <w:t xml:space="preserve"> il</w:t>
      </w:r>
      <w:r w:rsidR="00FB2B2E" w:rsidRPr="00760B3B">
        <w:rPr>
          <w:rFonts w:cs="Times New Roman"/>
          <w:lang w:val="it-IT"/>
        </w:rPr>
        <w:t xml:space="preserve"> possibile contributo tecnico, imprenditoriale, professionale o finanziario al percorso</w:t>
      </w:r>
      <w:r w:rsidRPr="00760B3B">
        <w:rPr>
          <w:rFonts w:cs="Times New Roman"/>
          <w:lang w:val="it-IT"/>
        </w:rPr>
        <w:t xml:space="preserve"> :_______________________________________________________________________________________________________________________________________________________________________________________________________________________</w:t>
      </w:r>
    </w:p>
    <w:p w14:paraId="7B01376D" w14:textId="77777777" w:rsidR="00CD08F0" w:rsidRPr="00760B3B" w:rsidRDefault="00CD08F0" w:rsidP="00CD08F0">
      <w:pPr>
        <w:spacing w:after="60"/>
        <w:jc w:val="both"/>
        <w:rPr>
          <w:rFonts w:cs="Times New Roman"/>
          <w:lang w:val="it-IT"/>
        </w:rPr>
      </w:pPr>
    </w:p>
    <w:p w14:paraId="3EEC2B69" w14:textId="55EF909C" w:rsidR="00FB2B2E" w:rsidRPr="00760B3B" w:rsidRDefault="00CD08F0" w:rsidP="00CD08F0">
      <w:pPr>
        <w:spacing w:after="60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Esprime le seguenti </w:t>
      </w:r>
      <w:r w:rsidR="00FB2B2E" w:rsidRPr="00760B3B">
        <w:rPr>
          <w:rFonts w:cs="Times New Roman"/>
          <w:lang w:val="it-IT"/>
        </w:rPr>
        <w:t xml:space="preserve"> considerazioni, proposte o contributi utili allo sviluppo dell’iniziativa</w:t>
      </w:r>
      <w:r w:rsidRPr="00760B3B">
        <w:rPr>
          <w:rFonts w:cs="Times New Roman"/>
          <w:lang w:val="it-IT"/>
        </w:rPr>
        <w:t>:____________________________________________________________________________________________________________________________________________________________________________________________________________</w:t>
      </w:r>
    </w:p>
    <w:p w14:paraId="45EEC34B" w14:textId="77777777" w:rsidR="00CD08F0" w:rsidRPr="00760B3B" w:rsidRDefault="00CD08F0" w:rsidP="00CD08F0">
      <w:pPr>
        <w:spacing w:after="60"/>
        <w:jc w:val="both"/>
        <w:rPr>
          <w:rFonts w:cs="Times New Roman"/>
          <w:lang w:val="it-IT"/>
        </w:rPr>
      </w:pPr>
    </w:p>
    <w:p w14:paraId="054A42A0" w14:textId="16DC0E29" w:rsidR="00FB2B2E" w:rsidRPr="00760B3B" w:rsidRDefault="00CD08F0" w:rsidP="00CD08F0">
      <w:pPr>
        <w:spacing w:after="60"/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Dichiara la </w:t>
      </w:r>
      <w:r w:rsidR="00FB2B2E" w:rsidRPr="00760B3B">
        <w:rPr>
          <w:rFonts w:cs="Times New Roman"/>
          <w:lang w:val="it-IT"/>
        </w:rPr>
        <w:t>disponibilità a partecipare a incontri, tavoli di approfondimento organizzati dal Comune.</w:t>
      </w:r>
      <w:r w:rsidRPr="00760B3B">
        <w:rPr>
          <w:rFonts w:cs="Times New Roman"/>
          <w:lang w:val="it-IT"/>
        </w:rPr>
        <w:t xml:space="preserve"> A tal fine dichiara che gli inviti a tali iniziative sono da trasmettere agli indirizzi </w:t>
      </w:r>
      <w:proofErr w:type="spellStart"/>
      <w:r w:rsidRPr="00760B3B">
        <w:rPr>
          <w:rFonts w:cs="Times New Roman"/>
          <w:lang w:val="it-IT"/>
        </w:rPr>
        <w:t>pec</w:t>
      </w:r>
      <w:proofErr w:type="spellEnd"/>
      <w:r w:rsidRPr="00760B3B">
        <w:rPr>
          <w:rFonts w:cs="Times New Roman"/>
          <w:lang w:val="it-IT"/>
        </w:rPr>
        <w:t>/mail sopra indicati.</w:t>
      </w:r>
    </w:p>
    <w:p w14:paraId="0981BF8F" w14:textId="53C233E0" w:rsidR="00A6086C" w:rsidRPr="00760B3B" w:rsidRDefault="00000000">
      <w:pPr>
        <w:pStyle w:val="Titolo3"/>
        <w:rPr>
          <w:rFonts w:ascii="Times New Roman" w:hAnsi="Times New Roman" w:cs="Times New Roman"/>
          <w:color w:val="auto"/>
          <w:lang w:val="it-IT"/>
        </w:rPr>
      </w:pPr>
      <w:r w:rsidRPr="00760B3B">
        <w:rPr>
          <w:rFonts w:ascii="Times New Roman" w:hAnsi="Times New Roman" w:cs="Times New Roman"/>
          <w:color w:val="auto"/>
          <w:lang w:val="it-IT"/>
        </w:rPr>
        <w:t>ALLEGATI</w:t>
      </w:r>
    </w:p>
    <w:p w14:paraId="519E98C4" w14:textId="211C07C5" w:rsidR="00A6086C" w:rsidRPr="00760B3B" w:rsidRDefault="00000000">
      <w:pPr>
        <w:pStyle w:val="Puntoelenco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Documento d'identità del sottoscrittore (</w:t>
      </w:r>
      <w:r w:rsidR="00CD08F0" w:rsidRPr="00760B3B">
        <w:rPr>
          <w:rFonts w:cs="Times New Roman"/>
          <w:lang w:val="it-IT"/>
        </w:rPr>
        <w:t>se sottoscritto con firma olografa</w:t>
      </w:r>
      <w:r w:rsidRPr="00760B3B">
        <w:rPr>
          <w:rFonts w:cs="Times New Roman"/>
          <w:lang w:val="it-IT"/>
        </w:rPr>
        <w:t>);</w:t>
      </w:r>
    </w:p>
    <w:p w14:paraId="4C578828" w14:textId="77777777" w:rsidR="00A6086C" w:rsidRPr="00760B3B" w:rsidRDefault="00000000">
      <w:pPr>
        <w:pStyle w:val="Puntoelenco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>Breve presentazione del soggetto partecipante;</w:t>
      </w:r>
    </w:p>
    <w:p w14:paraId="550F4CBC" w14:textId="77777777" w:rsidR="00A6086C" w:rsidRPr="00760B3B" w:rsidRDefault="00000000">
      <w:pPr>
        <w:pStyle w:val="Puntoelenco"/>
        <w:rPr>
          <w:rFonts w:cs="Times New Roman"/>
        </w:rPr>
      </w:pPr>
      <w:proofErr w:type="spellStart"/>
      <w:r w:rsidRPr="00760B3B">
        <w:rPr>
          <w:rFonts w:cs="Times New Roman"/>
        </w:rPr>
        <w:t>Ulteriore</w:t>
      </w:r>
      <w:proofErr w:type="spellEnd"/>
      <w:r w:rsidRPr="00760B3B">
        <w:rPr>
          <w:rFonts w:cs="Times New Roman"/>
        </w:rPr>
        <w:t xml:space="preserve"> </w:t>
      </w:r>
      <w:proofErr w:type="spellStart"/>
      <w:r w:rsidRPr="00760B3B">
        <w:rPr>
          <w:rFonts w:cs="Times New Roman"/>
        </w:rPr>
        <w:t>documentazione</w:t>
      </w:r>
      <w:proofErr w:type="spellEnd"/>
      <w:r w:rsidRPr="00760B3B">
        <w:rPr>
          <w:rFonts w:cs="Times New Roman"/>
        </w:rPr>
        <w:t xml:space="preserve"> </w:t>
      </w:r>
      <w:proofErr w:type="spellStart"/>
      <w:r w:rsidRPr="00760B3B">
        <w:rPr>
          <w:rFonts w:cs="Times New Roman"/>
        </w:rPr>
        <w:t>ritenuta</w:t>
      </w:r>
      <w:proofErr w:type="spellEnd"/>
      <w:r w:rsidRPr="00760B3B">
        <w:rPr>
          <w:rFonts w:cs="Times New Roman"/>
        </w:rPr>
        <w:t xml:space="preserve"> utile.</w:t>
      </w:r>
    </w:p>
    <w:p w14:paraId="46FF98D8" w14:textId="77777777" w:rsidR="00A6086C" w:rsidRPr="00760B3B" w:rsidRDefault="00000000">
      <w:pPr>
        <w:pStyle w:val="Titolo3"/>
        <w:rPr>
          <w:rFonts w:ascii="Times New Roman" w:hAnsi="Times New Roman" w:cs="Times New Roman"/>
          <w:color w:val="auto"/>
        </w:rPr>
      </w:pPr>
      <w:r w:rsidRPr="00760B3B">
        <w:rPr>
          <w:rFonts w:ascii="Times New Roman" w:hAnsi="Times New Roman" w:cs="Times New Roman"/>
          <w:color w:val="auto"/>
        </w:rPr>
        <w:t>TRATTAMENTO DEI DATI PERSONALI</w:t>
      </w:r>
    </w:p>
    <w:p w14:paraId="56977A6C" w14:textId="7EAA2D4A" w:rsidR="00A6086C" w:rsidRPr="00760B3B" w:rsidRDefault="00000000" w:rsidP="00CD08F0">
      <w:pPr>
        <w:jc w:val="both"/>
        <w:rPr>
          <w:rFonts w:cs="Times New Roman"/>
          <w:lang w:val="it-IT"/>
        </w:rPr>
      </w:pPr>
      <w:r w:rsidRPr="00760B3B">
        <w:rPr>
          <w:rFonts w:cs="Times New Roman"/>
          <w:lang w:val="it-IT"/>
        </w:rPr>
        <w:t xml:space="preserve">Il sottoscritto dichiara di aver preso visione </w:t>
      </w:r>
      <w:r w:rsidR="00CD08F0" w:rsidRPr="00760B3B">
        <w:rPr>
          <w:rFonts w:cs="Times New Roman"/>
          <w:lang w:val="it-IT"/>
        </w:rPr>
        <w:t xml:space="preserve">ed accettare </w:t>
      </w:r>
      <w:r w:rsidRPr="00760B3B">
        <w:rPr>
          <w:rFonts w:cs="Times New Roman"/>
          <w:lang w:val="it-IT"/>
        </w:rPr>
        <w:t>l</w:t>
      </w:r>
      <w:r w:rsidR="00CD08F0" w:rsidRPr="00760B3B">
        <w:rPr>
          <w:rFonts w:cs="Times New Roman"/>
          <w:lang w:val="it-IT"/>
        </w:rPr>
        <w:t>’</w:t>
      </w:r>
      <w:r w:rsidRPr="00760B3B">
        <w:rPr>
          <w:rFonts w:cs="Times New Roman"/>
          <w:lang w:val="it-IT"/>
        </w:rPr>
        <w:t>informativa sul trattamento dei dati personali ai sensi del Regolamento (UE) 2016/679</w:t>
      </w:r>
      <w:r w:rsidR="00CD08F0" w:rsidRPr="00760B3B">
        <w:rPr>
          <w:rFonts w:cs="Times New Roman"/>
          <w:lang w:val="it-IT"/>
        </w:rPr>
        <w:t xml:space="preserve"> rinvenibile sul sito https://www.comune.collevaldelsa.it/it/privacy</w:t>
      </w:r>
      <w:r w:rsidRPr="00760B3B">
        <w:rPr>
          <w:rFonts w:cs="Times New Roman"/>
          <w:lang w:val="it-IT"/>
        </w:rPr>
        <w:t>.</w:t>
      </w:r>
    </w:p>
    <w:p w14:paraId="0C4066EA" w14:textId="5E699412" w:rsidR="00A6086C" w:rsidRPr="00760B3B" w:rsidRDefault="00000000">
      <w:pPr>
        <w:rPr>
          <w:rFonts w:cs="Times New Roman"/>
        </w:rPr>
      </w:pPr>
      <w:r w:rsidRPr="00760B3B">
        <w:rPr>
          <w:rFonts w:cs="Times New Roman"/>
          <w:lang w:val="it-IT"/>
        </w:rPr>
        <w:br/>
      </w:r>
      <w:proofErr w:type="spellStart"/>
      <w:r w:rsidRPr="00760B3B">
        <w:rPr>
          <w:rFonts w:cs="Times New Roman"/>
        </w:rPr>
        <w:t>Luogo</w:t>
      </w:r>
      <w:proofErr w:type="spellEnd"/>
      <w:r w:rsidRPr="00760B3B">
        <w:rPr>
          <w:rFonts w:cs="Times New Roman"/>
        </w:rPr>
        <w:t xml:space="preserve"> e data __________________________</w:t>
      </w:r>
      <w:r w:rsidRPr="00760B3B">
        <w:rPr>
          <w:rFonts w:cs="Times New Roman"/>
        </w:rPr>
        <w:br/>
      </w:r>
      <w:r w:rsidRPr="00760B3B">
        <w:rPr>
          <w:rFonts w:cs="Times New Roman"/>
        </w:rPr>
        <w:br/>
      </w:r>
      <w:proofErr w:type="spellStart"/>
      <w:r w:rsidRPr="00760B3B">
        <w:rPr>
          <w:rFonts w:cs="Times New Roman"/>
        </w:rPr>
        <w:t>Firma</w:t>
      </w:r>
      <w:proofErr w:type="spellEnd"/>
      <w:r w:rsidR="0003346B">
        <w:rPr>
          <w:rFonts w:cs="Times New Roman"/>
        </w:rPr>
        <w:t xml:space="preserve"> digitale</w:t>
      </w:r>
      <w:r w:rsidRPr="00760B3B">
        <w:rPr>
          <w:rFonts w:cs="Times New Roman"/>
        </w:rPr>
        <w:t xml:space="preserve"> _________________________________</w:t>
      </w:r>
    </w:p>
    <w:sectPr w:rsidR="00A6086C" w:rsidRPr="00760B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8539912">
    <w:abstractNumId w:val="8"/>
  </w:num>
  <w:num w:numId="2" w16cid:durableId="422535570">
    <w:abstractNumId w:val="6"/>
  </w:num>
  <w:num w:numId="3" w16cid:durableId="456418027">
    <w:abstractNumId w:val="5"/>
  </w:num>
  <w:num w:numId="4" w16cid:durableId="1063063340">
    <w:abstractNumId w:val="4"/>
  </w:num>
  <w:num w:numId="5" w16cid:durableId="818419030">
    <w:abstractNumId w:val="7"/>
  </w:num>
  <w:num w:numId="6" w16cid:durableId="216165393">
    <w:abstractNumId w:val="3"/>
  </w:num>
  <w:num w:numId="7" w16cid:durableId="838815463">
    <w:abstractNumId w:val="2"/>
  </w:num>
  <w:num w:numId="8" w16cid:durableId="2051034790">
    <w:abstractNumId w:val="1"/>
  </w:num>
  <w:num w:numId="9" w16cid:durableId="177440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46B"/>
    <w:rsid w:val="00034616"/>
    <w:rsid w:val="0006063C"/>
    <w:rsid w:val="0015074B"/>
    <w:rsid w:val="001F5B6E"/>
    <w:rsid w:val="0029639D"/>
    <w:rsid w:val="00326F90"/>
    <w:rsid w:val="003B3871"/>
    <w:rsid w:val="003E25A3"/>
    <w:rsid w:val="00760B3B"/>
    <w:rsid w:val="00781A1C"/>
    <w:rsid w:val="009C6EAE"/>
    <w:rsid w:val="00A6086C"/>
    <w:rsid w:val="00AA1D8D"/>
    <w:rsid w:val="00B47730"/>
    <w:rsid w:val="00C8172D"/>
    <w:rsid w:val="00CB0664"/>
    <w:rsid w:val="00CD08F0"/>
    <w:rsid w:val="00DE0CC7"/>
    <w:rsid w:val="00E30D7D"/>
    <w:rsid w:val="00FB2B2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83A83"/>
  <w14:defaultImageDpi w14:val="300"/>
  <w15:docId w15:val="{5619ED62-EB7E-4B25-B171-003BD9C3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Comune Colle di val d Elsa</cp:lastModifiedBy>
  <cp:revision>2</cp:revision>
  <dcterms:created xsi:type="dcterms:W3CDTF">2026-08-03T13:20:00Z</dcterms:created>
  <dcterms:modified xsi:type="dcterms:W3CDTF">2026-08-03T13:20:00Z</dcterms:modified>
  <cp:category/>
</cp:coreProperties>
</file>